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10.12.2024 № 307-ЭС24-13391 по делу № А56-97710/2019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10.12.2024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307-ЭС24-13391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291.11 АПК РФ, ст. 3 ФЗ, ст. 49 АПК РФ, ст. 71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финансовой аренды (лизинга), Сальдо встречных обязательств, Уступка права требования (цессия), Неосновательное обогащение, Статья 1102 ГК РФ, Статья 382 ГК РФ, Статья 395 ГК РФ, Ликвидация юридического лица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А56-97710/2019 Резолютивная часть определения объявлена 28 ноября 2024 г. Полный текст определения изготовлен 10 декабря 2024 г. Судебная коллегия по экономическим спорам Верховного Суда Российской Федерации в составе председательствующего Грачевой И.Л., судей Хатыповой Р.А. и Якимова А.А., при участии представителей общества с ограниченной ответственностью "Инвест Телеком Санкт-Петербург" Чиколаева П.В. (доверенность от 28 апреля 2024 г.) и Абакарова А.Ш. (доверенность от 28 апреля 2024 г.), общества с ограниченной ответственностью "Альфамобиль" Михайлова А.М. (доверенность от 01 января 2024 г.), представителя Фатеева А.М. - Абакарова А.Ш. (доверенность от 26 ноября 2024 г.), рассмотрев в открытом судебном заседании кассационную жалобу общества с ограниченной ответственностью "Инвест Телеком Санкт-Петербург" на решение Арбитражного суда города Санкт-Петербурга и Ленинградской области от 30 мая 2023 г., постановление Тринадцатого арбитражного апелляционного суда от 27 ноября 2023 г. и постановление Арбитражного суда Северо-Западного округа от 23 апреля 2024 г. по делу № А56-97710/2019,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с ограниченной ответственностью "Инвест Телеком Санкт-Петербург" (далее - общество "Инвест Телеком Санкт-Петербург") обратилось в Арбитражный суд города Санкт-Петербурга и Ленинградской области с иском, уточненным в порядке статьи 49 Арбитражного процессуального кодекса Российской Федерации (далее - АПК РФ), к обществу с ограниченной ответственностью "Альфамобиль" (далее - общество "Альфамобиль") о взыскании 3 704 743 руб. 63 коп. неосновательного обогащения по договорам финансовой аренды (лизинга) от 07 мая 2018 г. № 03642-СПБ-18-Л, от 07 мая 2018 г. № 03645-СПБ-18-Л, от 13 августа 2018 г. № 06784-СПБ-18-Л, от 13 августа 2018 г. № 06875-СПБ-18-Л, от 04 октября 2018 г. № 09587-СПБ-18-Л, от 08 октября 2018 г. № 09868-СПБ-18-Л, от 13 ноября 2018 г. № 11559-СПБ-18-Л, 393 568 руб. 76 коп. процентов за пользование чужими денежными средствами за период с 16 июня 2019 г. по 13 апреля 2021 г. с продолжением их начисления по день фактической уплаты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"Альфамобиль" предъявило встречный иск, уточненный в порядке статьи 49 АПК РФ, о солидарном взыскании с общества "Инвест Телеком Санкт-Петербург" и общества с ограниченной ответственностью "Магистраль Ресурс" (далее - общество "Магистраль Ресурс") 13 099 312 руб. 65 коп. неосновательного обогащения, а также о признании недействительным заключенного ответчиками договора от 20 июня 2019 г. № 6/18 уступки права требований (цессии).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участию в деле в качестве третьего лица, не заявляющего самостоятельных требований относительно предмета спора, привлечен Фатеев Антон Михайлович.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города Санкт-Петербурга и Ленинградской области решением от 21 декабря 2021 г. по встречному иску взыскал солидарно с обществ "Магистраль Ресурс" и "Инвест Телеком Санкт-Петербург" в пользу общества "Альфамобиль" 2 246 183 руб. 78 коп. неосновательного обогащения, в иске общества "Инвест Телеком Санкт-Петербург" и в остальной части встречного иска общества "Альфамобиль"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Тринадцатый арбитражный апелляционный суд постановлением от 10 июня 2022 г. (с учетом определений от 07 июля 2022 г. и от 31 августа 2022 г. об исправлении опечаток) изменил решение от 21 декабря 2021 г. в части размера удовлетворенного требования по встречному иску, взыскал солидарно с обществ "Магистраль Ресурс" и "Инвест Телеком Санкт-Петербург" в пользу общества "Альфамобиль" 6 504 677 руб. 48 коп. неосновательного обогащения, в остальной части оставил решение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Северо-Западного округа постановлением от 19 октября 2022 г. отменил указанные судебные акты и направил дело на новое рассмотрение в Арбитражный суд города Санкт-Петербурга и Ленинградской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общество "Инвест Телеком Санкт-Петербург" в порядке статьи 49 АПК РФ уточнило требования и просило взыскать с общества "Альфамобиль" 3 347 534 руб. 37 коп. неосновательного обогащения, 866 768 руб. 36 коп. процентов за пользование чужими денежными средствами, начисленных за период с 06 августа 2019 г. по 31 марта 2023 г. с продолжением их начисления по день фактической уплаты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города Санкт-Петербурга и Ленинградской области решением от 30 мая 2023 г., оставленным без изменения постановлениями Тринадцатого арбитражного апелляционного суда от 27 ноября 2023 г. и Арбитражного суда Северо-Западного округа от 23 апреля 2024 г., отказал в иске общества "Инвест Телеком Санкт-Петербург", прекратил производство по делу в части заявленных по встречному иску требований к обществу "Магистраль Ресурс" в связи с его ликвидацией, взыскал с общества "Инвест Телеком Санкт-Петербург" в пользу общества "Альфамобиль" 5 116 200 руб. 54 коп. неосновательного обогащения, в удовлетворении остальной части встречного иска, в том числе в части признания недействительным договора цессии от 20 июня 2019 г.,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общество "Инвест Телеком Санкт-Петербург", ссылаясь на нарушение судами трех инстанций норм материального и процессуального права, просит пересмотреть указанные судебные акты в кассационном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 29 октября 2024 г. судьи Верховного Суда Российской Федерации жалоба общества "Инвест Телеком Санкт-Петербург"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общество "Альфамобиль", полагая обжалуемые судебные акты законными и обоснованными, просит оставить их без изменения, а кассационную жалобу - без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представители общества "Инвест Телеком Санкт-Петербург" и Фатеева А.М. поддержали доводы жалобы, а представитель общества "Альфамобиль" - доводы, приведенные в отзыве на нее.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1 статьи 291.11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свобод, законных интересов в сфере предпринимательской и иной экономической деятельности,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доклад судьи Верховного Суда Российской Федерации Грачевой И.Л., выслушав объяснения представителей лиц, участвующих в деле, Судебная коллегия по экономическим спорам Верховного Суда Российской Федерации пришла к выводу о наличии предусмотренных частью 1 статьи 291.11 АПК РФ оснований для отмены обжалуемых судебных актов в части взыскания неосновательного обогащения с общества "Инвест Телеком Санкт-Петербург".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 и установлено судами, общество "Альфамобиль" (лизингодатель) и общество "Магистраль Ресурс" (лизингополучатель) заключили договоры финансовой аренды (лизинга) от 07 мая 2018 г. № 03642-СПБ-18-Л, от 07 мая 2018 г. № 03645-СПБ-18-Л, от 13 августа 2018 г. № 06784-СПБ-18-Л, от 13 августа 2018 г. № 06875-СПБ-18-Л, от 04 октября 2018 г. № 09587-СПБ-18-Л, от 08 октября 2018 г. № 09868-СПБ-18-Л, от 13 ноября 2018 г. № 11559-СПБ-18-Л, в соответствии с которыми лизингополучателю переданы семь транспортных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ненадлежащим исполнением лизингополучателем обязательства по внесению лизинговых платежей указанные договоры расторгнуты лизингодателем с 14 июня 2019 г., предметы лизинга в тот же день возвращены последнему и им реализованы.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"Магистраль Ресурс" (цедент) заключило с обществом "Инвест Телеком Санкт-Петербург" (цессионарием) договор от 20 июня 2019 г. № 6/18 уступки права требований лизингополучателя к лизингодателю, вытекающих из семи названных расторгнутых договоров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договора от 20 июня 2019 г. к цессионарию переходит право взыскания сальдо встречных обязательств сторон по указанным договорам лизинга и права, обеспечивающие исполнение этого обязательства, в том числе право на проценты за пользование денежными средствами, рассчитанные до прекращения обязательства по их уплате. Стоимость уступленного права в размере 2 000 000 руб. оплачена цессионарием.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Цессионарий исходя из того, что сальдо встречных обязательств по спорным договорам лизинга сложилось в пользу лизингополучателя, который переуступил ему право требования суммы сальдо, обратился в арбитражный суд с настоящим иском к лизингодателю о взыскании 3 704 743 руб. 63 коп. неосновательного обогащения и 393 568 руб. 76 коп. процентов за пользование чужими денежными средствами.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Лизингодатель, считая, что сальдо встречных обязательств по спорным договорам лизинга сложилось в его пользу, обратился со встречным иском о солидарном взыскании с лизингополучателя - общества "Магистраль Ресурс" и цессионария - общества "Инвест Телеком Санкт-Петербург" 13 099 312 руб. 65 коп. неосновательного обогащения.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лизингодатель также заявил требование о признании недействительным (ничтожным) договора уступки от 20 июня 2019 г., ссылаясь на то, что данная сделка имеет мнимый характер, экономически не обоснована для лизингополучателя, по условиям договоров лизинга в период их действия уступка лизингополучателем прав и обязанностей по договорам недопустима без согласия лизингодателя, которое он не давал, в том числе не согласовывал уступку права требования и перевод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первой и апелляционной инстанций (с которыми согласился окружной суд), оценив по правилам статьи 71 АПК РФ представленные в материалы дела доказательства, проанализировав условия спорных договоров, руководствуясь статьями 170, 330, 391, 421, 453 Гражданского кодекса Российской Федерации (далее - Гражданский кодекс), Федеральным законом от 29 октября 1998 г. № 164-ФЗ "О финансовой аренде (лизинге)" (далее - Закон № 164-ФЗ), разъяснениями, изложенными в пунктах 86 - 88 постановления Пленума Верховного Суда Российской Федерации от 23 июня 2015 г. № 25 "О применении судами некоторых положений раздела I части первой Гражданского кодекса Российской Федерации", в пунктах 2, 3.1, 3.2, 3.3, 3.5 постановления Пленума Высшего Арбитражного Суда Российской Федерации от 14 марта 2014 г. № 17 "Об отдельных вопросах, связанных с договором выкупного лизинга" (далее - постановление Пленума ВАС РФ № 17), в пункте 9 информационного письма Президиума Высшего Арбитражного Суда Российской Федерации от 30 октября 2007 г. № 120 "Обзор практики применения арбитражными судами положений главы 24 Гражданского кодекса Российской Федерации" (далее - Информационное письмо ВАС РФ № 120), установив, что сальдо встречных обязательств сложилось в пользу лизингодателя в сумме 5 116 200 руб. 54 коп., отказали цессионарию в первоначальном иске и взыскали с него по встречному иску лизингодателя указанную сумму сальдо; прекратили производство по делу в части встречных требований, заявленных обществом "Альфамобиль" к лизингополучателю, в связи с его ликвидацией 17 сентября 2021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требования лизингодателя о признании недействительным договора уступки от 20 июня 2019 г., суды пришли к выводу о том, что данная сделка не противоречит закону (в том числе по основаниям мнимости или притворности) и не нарушает прав и законных интересов лизингодателя, обязательства по данному договору являются реальными и исполнялись сторонами.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Проверяя представленные сторонами расчеты сальдо встречных обязательств по договорам лизинга, суды учли согласованные сторонами условия договоров и общие условия (являющиеся неотъемлемой частью договоров), в том числе относительно платы за предоставленное финансирование, которая определяется в процентах годовых в соответствии с правилами, указанными в пункте 12.9 общих условий, а также установили наличие предусмотренных статьей 333 Гражданского кодекса оснований для снижения по ходатайству общества "Инвест Телеком Санкт-Петербург" штрафа за непередачу копий свидетельств о регистрации транспортных средств (СТС) и договоров обязательного страхования автогражданской ответственности (ОСАГО), неустойки за нарушение сроков по уплате страховой премии.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вопрос по требованиям о взыскании сальдо, суды исходили из того, что лизингополучатель, уступив цессионарию право требования сальдо по расторгнутым договорам лизинга, перевел на последнего и долг по договорам лизинга, поэтому именно цессионарий - общество "Инвест Телеком Санкт-Петербург" является надлежащим ответчиком (должником) по встречному иску лизингодателя о взыскании неосновательного обогащения (суммы сальдо).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считает, что суды трех инстанций, соотнеся взаимные предоставления сторон - лизингодателя (общества "Альфамобиль") и лизингополучателя (общества "Магистраль Ресурс") по семи договорам лизинга, совершенные до момента их расторжения (сальдо встречных обязательств), и определив завершающую обязанность одной стороны в отношении другой, пришли к правильному выводу о сложившемся сальдо встречных предоставлений по всем договорам лизинга в пользу лизингодателя в сумме 5 116 200 руб. 54 коп. и отсутствии в связи с этим оснований для удовлетворения иска общества "Инвест Телеком Санкт-Петербург", которому лизингополучатель уступил право взыскания сальдо.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Также правильным является вывод судов об отсутствии предусмотренных Гражданским кодексом и Законом № 164-ФЗ оснований для признания недействительным договора от 20 июня 2019 г. уступки права требования. Судебные акты в этой части стороны не обжалуют.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Судебная коллегия считает неверными, не соответствующими нормам гражданского законодательства и условиям договора цессии от 20 июня 2019 г. выводы судов о том, что лизингополучатель, передав по указанному договору цессии обществу "Инвест Телеком Санкт-Петербург" право требования по договорам лизинга, фактически осуществило и перевод долга по этим договорам, и что поэтому цессионарий является надлежащим должником и ответчиком по встречному иску, с которого надлежит взыскать сумму сальдо, сложившегося в пользу лизингодателя.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не учли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 статьи 382 Гражданского кодекса право (требование), принадлежащее на основании обязательства кредитору, может быть передано им другому лицу по сделке (уступка требования) или может перейти к другому лицу на основании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384 Гражданского кодекса, если иное не предусмотрено законом или договором, право первоначального кредитора переходит к новому кредитору в том объеме и на тех условиях, которые существовали к моменту перехода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Взаимные права и обязанности цедента и цессионария определяются Гражданским кодексом и договором между ними, на основании которого производится уступка. Требование переходит к цессионарию в момент заключения договора, на основании которого производится уступка, если законом или договором не предусмотрено иное (статья 389.1 названного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по смыслу закона последствием уступки права (требования) является замена кредитора в конкретном обязательственном правоотношении, в состав которого входит уступаемое право (требование), а не замена стороны в договоре. Уступлено может быть, в частности, обязательство по оплате, в котором цедент выступает в качестве кредитора, имеющего право требовать исполнения денежного обязательства от должника. Уступая такое право, лицо лишается возможности предъявить требование о его исполнении к должнику.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 расторжения договора лизинга обязательства сторон переходят в ликвидационную стадию, в рамках которой необходимо соотнести взаимные предоставления сторон по договору, совершенные до момента его расторжения (сальдо встречных обязательств), и определить завершающую обязанность одной стороны в отношении к другой (абзац второй пункта 4 статьи 453 Гражданского кодекса, абзац третий пункта 3.1 постановления Пленума ВАС РФ № 17). По результатам сальдирования должно быть устранено нарушение эквивалентности встречных предоставлений вследствие неисполнения или ненадлежащего исполнения своих обязанностей одной из сторон и определена денежная сумма, которая подлежит взысканию в пользу одной из сторон договора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разъяснениями, приведенными в пункте 11 постановления Пленума Верховного Суда Российской Федерации от 21 декабря 2017 г. № 54 "О некоторых вопросах применения положений главы 24 Гражданского кодекса Российской Федерации о перемене лиц в обязательстве на основании сделки" (далее - постановление Пленума ВС РФ № 54), возможность уступки требования не ставится в зависимость от того, является ли требование бесспорным, обусловлена ли возможность его реализации встречным исполнением цедентом своих обязательств перед должником (пункт 1 статьи 384, статьи 386, 390 Гражданского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13 постановления Пленума ВС РФ № 54 допускается, в частности, уступка требований о возмещении убытков, вызванных нарушением обязательства, в том числе которое может случиться в будущем, о возврате полученного по недействительной сделке, о возврате неосновательно приобретенного или сбереженного имущества (пункты 2 и 3 статьи 307.1, пункт 1 статьи 388 Гражданского кодекса). При этом должник вправе выдвигать те же возражения, которые он имел против первоначального кредитора, в частности, относительно размера причиненных кредитору убытков, и представлять доказательства того, что кредитор мог уменьшить такие убытки, но не принял для этого разумных мер (статьи 386, 404 Гражданского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по общему правилу право требования взыскания сальдо встречных обязательств - суммы, установленной по результатам соотнесения взаимных предоставлений сторон, совершенных до расторжения договора, как любое денежное требование может быть уступлено сторонами договора лизинга третьим лицам.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приведенных норм и их разъяснений при рассмотрении спора об определении суммы сальдо, в том числе, когда требование взыскания сальдо уступлено одной из сторон договора лизинга, учитываются доводы и возражения сторон, касающиеся сальдирования встречных предоставлений в соответствии с подходами, отраженными в постановлении Пленума ВАС РФ № 17.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смыслу статей 390 и 396 Гражданского кодекса невозможность перехода требования, например, по причине его принадлежности иному лицу или его прекращения, сама по себе не приводит к недействительности договора, на основании которого должна была производиться такая уступка, и не освобождает цедента от ответственности за неисполнение обязательств, возникших из этого договора (пункт 8 постановления Пленума ВС РФ № 54).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Данное правило применимо также и в случаях, если в действительности требование никогда не существовало или прекратило существование в силу реализации должником своего права на предъявление возражений.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если сальдо сложилось не в пользу цедента, им было уступлено недействительное (несуществующее) право, в иске цессионария к другой стороне договора лизинга должно быть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к цессионарию не может перейти обязательство цедента как стороны договора лизинга по уплате суммы сальдо, сложившегося в пользу другой стороны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разъяснениями, приведенными в пункте 6 Информационного письма ВАС РФ № 120, уступка права (требования) по обязательству, в котором уступающий требование кредитор является одновременно и лицом, обязанным перед должником, не влечет перевод на цессионария соответствующих обязанностей цедента. Цедент не освобождается от исполнения продолжающих лежать на нем обязанностей.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Для перевода таких обязанностей необходимо совершение сделки по переводу долга или по замене стороны в договоре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разъяснениям, приведенным в пункте 43 постановления Пленума Верховного Суда Российской Федерации от 25 декабря 2018 г. № 49 "О некоторых вопросах применения общих положений Гражданского кодекса Российской Федерации о заключении и толковании договора", при толковании условий договора в силу абзаца первого статьи 431 Гражданского кодекса судом принимается во внимание буквальное значение содержащихся в нем слов и выражений (буквальное толкование).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условия договора уступки от 20 июня 2019 г. не предусматривают переход от общества "Магистраль Ресурс" к обществу "Инвест Телеком Санкт-Петербург" обязательств перед лизингодателем и не позволяют сделать вывод о том, что воля сторон была направлена также на совершение сделки по переводу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перевод должником своего долга на другое лицо допускается с согласия кредитора и при отсутствии такого согласия является ничтожным в соответствии с пунктом 2 статьи 391 Гражданского кодекса.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лизингодатель не давал согласия на такой перевод, о чем заявило общество "Альфамобиль" при рассмотрении спора и во встречном иске о признании договора уступки недействительным.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обязательство по уплате лизингодателю суммы сальдо осталось у лизингополучателя.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общество "Магистраль Ресурс", уступая право требования сальдо встречных обязательств по договорам лизинга, не переводило на цессионария обязательства по данным договорам, оно должно их нести, в том числе в случае, если результат сальдирования складывается в пользу лизингодателя.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у судов не было оснований для взыскания с общества "Инвест Телеком Санкт-Петербург" сложившегося в пользу лизингодателя результата сальдирования по спорным договорам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Ликвидация лизингополучателя (который участвовал в рассмотрении спора два года) не лишает общество "Альфамобиль" возможности защитить свое право на получение сложившегося в его пользу сальдо, определенного при рассмотрении настоящего дела, иным способом, в том числе с учетом положений статьи 64 Гражданского кодекса и пункта 3.1 статьи 3 Федерального закона от 08 февраля 1998 г. № 14-ФЗ "Об обществах с ограниченной ответственностью", предусматривающих дополнительные гарантии для кредиторов юридических лиц, исключенных из единого государственного реестра юридических лиц.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во внимание изложенное, Судебная коллегия считает, что решение суда первой инстанции от 30 мая 2023 г., постановление апелляционного суда от 27 ноября 2023 г. и постановление окружного суда от 23 апреля 2024 г. в части взыскания с общества "Инвест Телеком Санкт-Петербург" в пользу общества "Альфамобиль" 5 116 200 руб. 54 коп. неосновательного обогащения приняты с существенным нарушением норм материального и процессуального права, поэтому на основании части 1 статьи 291.11 АПК РФ обжалуемые судебные акты в указанной части, а также в части взыскания 34 564 руб. расходов по уплате государственной пошлины следует отменить и отказать обществу "Альфамобиль" во взыскании указанных сумм.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167, 176, 291.11 - 291.15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города Санкт-Петербурга и Ленинградской области от 30 мая 2023 г., постановление Тринадцатого арбитражного апелляционного суда от 27 ноября 2023 г. и постановление Арбитражного суда Северо-Западного округа от 23 апреля 2024 г. по делу № А56-97710/2019 отменить в части взыскания с общества с ограниченной ответственностью "Инвест Телеком Санкт-Петербург" в пользу общества с ограниченной ответственностью "Альфамобиль" 5 116 200 руб. 54 коп. неосновательного обогащения и 34 564 руб. расходов по уплате государственной пошлины.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 взыскании указанных сумм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решение Арбитражного суда города Санкт-Петербурга и Ленинградской области от 30 мая 2023 г., постановление Тринадцатого арбитражного апелляционного суда от 27 ноября 2023 г. и постановление Арбитражного суда Северо-Западного округа от 23 апреля 2024 г. оставить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И.Л.ГРАЧЕВА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Р.А.ХАТЫПОВА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А.А.ЯКИМОВ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1) В удовлетворении основного требования отказано, поскольку сальдо встречных обязательств по спорным договорам лизинга сложилось в пользу лизингодателя; 2) Встречное требование удовлетворено частично, в признании недействительным договора уступки прав требования (цессии) отказано, производство по делу в части требований к первоначальному лизингополучателю прекращено в связи с его ликвидацией.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10.12.2024 № 307-ЭС24-13391 по делу № А56-97710/2019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10.12.2024 № 307-ЭС24-13391 по делу № А56-97710/2019</dc:title>
  <dc:subject/>
  <dc:creator>CasusLegal</dc:creator>
  <cp:keywords/>
  <dc:description/>
  <cp:lastModifiedBy>CasusLegal</cp:lastModifiedBy>
  <cp:revision>1</cp:revision>
  <dcterms:created xsi:type="dcterms:W3CDTF">2026-08-16T11:32:35Z</dcterms:created>
  <dcterms:modified xsi:type="dcterms:W3CDTF">2026-08-16T11:32:35Z</dcterms:modified>
  <cp:category/>
</cp:coreProperties>
</file>