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23.12.2024 № 305-ЭС24-15879 по делу № А40-162510/2023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23.12.2024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305-ЭС24-15879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149.4 ГК РФ, ст. 181.4 ГК РФ, ст. 291.11 АПК РФ, ст. 56 ФЗ, ст. 69 АПК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Корпоративные споры, Общее собрание акционеров, Оспаривание решений общих собраний, Акционерное общество, Статья 181.4 ГК РФ, Статья 49 Федерального закона № 208-ФЗ, Федеральный закон № 208-ФЗ, Существенные неблагоприятные последствия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Истец ссылается на нарушение прав акционеров оспариваемым решением.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10 декабря 2024 г. Полный текст определения изготовлен 23 декабря 2024 г. Судебная коллегия по экономическим спорам Верховного Суда Российской Федерации в составе: председательствующего судьи Чучуновой Н.С., судей Борисовой Е.Е., Хатыповой Р.А., рассмотрела в открытом судебном заседании кассационную жалобу акционерного общества "Оптима-Альянс" на решение Арбитражного суда города Москвы от 16 октября 2023 г., постановление Девятого арбитражного апелляционного суда от 15 января 2024 г. и постановление Арбитражного суда Московского округа от 27 мая 2024 г. по делу № А40-162510/2023. В судебном заседании приняли участие представители: общества с ограниченной ответственностью "Оптима-Альянс" - Пашков Максим Леонидович и Язинская Елена Николаевна (по доверенности от 13 ноября 2024 г. № 13); публичного акционерного общества "Научно-производственное объединение "Физика" - Малахова Александра Михайловна (по доверенности от 21 августа 2023 г.). Акционерное общество "Новый регистратор", извещенное надлежащим образом о времени и месте судебного заседания, не направило своих представителей в судебное заседание Судебной коллегии по экономическим спорам Верховного Суда Российской Федерации. В силу части 2 статьи 291.10 Арбитражного процессуального кодекса Российской Федерации (далее - АПК РФ) неявка надлежащим образом извещенных лиц не препятствует рассмотрению кассационной жалобы, представления. Заслушав доклад судьи Верховного Суда Российской Федерации Чучуновой Н.С., объяснения явившихся в судебное заседание представителей лиц, участвующих в деле,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акционерное общество "Оптима-Альянс" (далее - АО "Оптима-Альянс"), Кузнецов Василий Борисович обратились в Арбитражный суд города Москвы с иском к публичному акционерному обществу "Научно-производственное объединение "Физика" (далее - ПАО НПО "Физика") о признании недействительными решений годового общего собрания акционеров, проведенного 21 апреля 2023 г. в форме заочного голосования.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 участию в деле в качестве третьего лица, не заявляющего самостоятельных требований относительно предмета спора, привлечено акционерное общество "Новый регистратор" (далее - АО "Новый регистратор").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города Москвы от 16 октября 2023 г., оставленным без изменения постановлением Девятого арбитражного апелляционного суда от 15 января 2024 г. и постановлением Арбитражного суда Московского округа от 27 мая 2024 г., в удовлетворении иска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 согласившись с принятыми судебными актами, заявитель обратился в Верховный Суд Российской Федерации с кассационной жалобой, в которой ссылается на существенное нарушение судами норм материального и процессуального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Верховного Суда Российской Федерации от 15 ноября 2024 г. № 305-ЭС24-15879 жалоба вместе с делом № А40-162510/2023 Арбитражного суда города Москвы переданы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Верховный Суд Российской Федерации поступили отзывы на кассационную жалобу от ПАО НПО "Физика" и АО "Новый регистратор", в которых они просят оставить обжалуемые судебные акты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Судебной коллегии представители АО "Оптима-Альянс" поддержали доводы, изложенные в кассационной жалобе, просили отменить судебные акты и направить дело на новое рассмотрение.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свою очередь, представитель ПАО НПО "Физика" просил отказать в удовлетворении кассационной жалобы.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(или) норм процессуального права, которые повлияли на исход дела и без устранения которых невозможны восстановление и защита нарушенных прав, свобод, законных интересов в сфере предпринимательской и иной экономической деятельности, а также защита охраняемых законом публичных интересов (часть 1 статьи 291.11 АПК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кассационной жалобе, Судебная коллегия по экономическим спорам Верховного Суда Российской Федерации пришла к выводу, что обжалуемые судебные акты подлежат отмене, а дело - направлению на новое рассмотрение в суд первой инстанции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материалов дела, АО "Оптима-Альянс" является акционером ПАО НПО "Физика" и владеет 23 671 обыкновенной именной акцией.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Данные акции истребованы из незаконного владения компании Krystalroad Holdings Limited (далее - Компания) на основании решения Арбитражного суда города Москвы от 21 февраля 2023 г. по делу № А40-131105/2022, вступившего в законную силу 21 марта 2023 г., согласно которому на АО "Новый Регистратор" возложена обязанность внести в реестр владельцев ценных бумаг записи о списании указанных акций с лицевого счета Компании и зачислении их на лицевой счет АО "Оптима-Альянс".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Кузнецов В.Б. также являлся акционером ПАО НПО "Физика", владея 2512 акциями. В ходе судебного разбирательства в суде первой инстанции указанные акции отчуждены Кузнецовым В.Б. в пользу Дмитриева И.А.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установлено, что 16 марта 2023 г. состоялось заседание совета директоров ПАО НПО "Физика", оформленное протоколом от 20 марта 2023 г. № 5.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заседании совета директоров определены форма проведения годового общего собрания акционеров (заочное голосование), дата проведения собрания (21 апреля 2023 г.), дата окончания приема бюллетеней (20 апреля 2023 г.) и дата фиксации лиц, имеющих право на участие в собрании (27 марта 2023 г.).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списку лиц, имеющих право на участие в общем собрании акционеров по состоянию на 27 марта 2023 г., в него включены Кузнецов В.Б. (2512 акций) и Компания (23 671 акция).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Далее 21 апреля 2023 г. проведено годовое общее собрание акционеров ПАО НПО "Физика" в форме заочного голосования.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итогам голосования утверждены годовой отчет общества за 2022 год и бухгалтерская (финансовая) отчетность, распределены прибыль и убытки по результатам 2022 года, избран новый совет директоров в составе 7 человек, определен состав ревизионной комиссии в количестве 4 человек и избраны ее члены, назначена аудиторская организация, а также утверждена новая редакция устава.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собрании приняли участие акционеры, владеющие 61 179 голосами (67,78% от общего числа акций); функции счетной комиссии выполняло АО "Новый Регистратор".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голоса Компании не были учтены при определении кворума общего собрания и подведении итогов голосования в связи с тем, что доверенность на представление интересов представителем подписана неуполномоченным лицом.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Ссылаясь на недействительность принятых общим собранием решений, а также на нарушение прав акционеров, АО "Оптима-Альянс" и Кузнецов В.Б. обратились в арбитражный суд с соответствующим иском.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спор, суд первой инстанции, с выводами которого согласился суд апелляционной инстанций, руководствовался статьей 181.4 Гражданского кодекса Российской Федерации (далее - Гражданский кодекс, ГК РФ), положениями пункта 7 статьи 49, статей 50 - 52, 54, пункта 4 статьи 56 Федерального закона от 26 декабря 1995 г. № 208-ФЗ "Об акционерных обществах" (далее - Закон об акционерных обществах) и исходил из того, что АО "Оптима-Альянс" в общем собрании акционеров принимать участие не могло, поскольку не было включено в список лиц, допущенных до голосования, а участие Кузнецова В.Б. в собрании акционеров не могло повлиять на его результаты.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кассационной инстанции поддержал выводы судов первой и апелляционной инстанций, указав на отсутствие процедурных нарушений при проведении годового общего собрания акционеров.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1 статьи 65.2 Гражданского кодекса участники корпорации (участники, члены, акционеры и т.п.) вправе участвовать в управлении делами корпорации.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Акционеры - владельцы обыкновенных акций общества согласно пункту 2 статьи 31 Закона об акционерных обществах могут участвовать в общем собрании акционеров с правом голоса по всем вопросам его компетенции.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подпункту 1 пункта 1 статьи 181.4 Гражданского кодекса решение собрания может быть признано судом недействительным при нарушении требований закона, в том числе в случае, если допущено существенное нарушение порядка принятия решения о проведении, порядка подготовки и проведения заседания общего собрания или заочного голосования участников общества, а также порядка принятия решений общего собрания, влияющее на волеизъявление участников собрания.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собрания не может быть признано недействительным в силу его оспоримости при наличии совокупности следующих обстоятельств: голосование лица, права которого затрагиваются этим решением, не могло повлиять на его принятие, и решение не может повлечь существенные неблагоприятные последствия для этого лица (пункт 4 статьи 181.4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Пленумом Верховного Суда Российской Федерации в абзаце втором пункта 109 постановления от 23 июня 2015 г. № 25 "О применении судами некоторых положений раздела I части первой Гражданского кодекса Российской Федерации" разъяснено, что к существенным неблагоприятным последствиям относятся нарушения законных интересов как самого участника, так и гражданско-правового сообщества, которые могут привести, в том числе к возникновению убытков, лишению права на получение выгоды от использования имущества гражданско-правового сообщества, ограничению или лишению участника возможности в будущем принимать управленческие решения или осуществлять контроль за деятельностью гражданско-правового сообщества.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Аналогичным образом пунктом 7 статьи 49 Закона об акционерных обществах установлено, что акционер вправе обжаловать в суд решение, принятое общим собранием акционеров с нарушением требований данного Закона, иных правовых актов Российской Федерации, устава общества, в случае, если он не принимал участия в общем собрании акционеров или голосовал против принятия такого решения и указанным решением нарушены его права и законные интересы. Суд вправе, с учетом всех обстоятельств дела, оставить в силе обжалуемое решение, если голосование данного акционера не могло повлиять на результаты голосования, допущенные нарушения не являются существенными и решение не повлекло причинения убытков данному акционеру.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акционер вправе оспорить решение общего собрания акционеров, если его право на участие в управлении делами корпорации было нарушено вследствие неправомерного лишения возможности участия в собрании акционеров.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Требование акционера об оспаривании решения собрания подлежит удовлетворению, если судом будет установлено, что участие акционера в голосовании могло повлиять на принятое решение, либо суд установит, что принятое решение привело или может привести к существенным неблагоприятным последствиям для акционерного общества в целом и, соответственно, для всех и каждого из акционеров, в том числе к уменьшению стоимости акций вследствие возникновения убытков у корпорации, невозможности получения дивидендов, или к существенным неблагоприятным последствия для обратившегося в суд акционера, например, к утрате корпоративного контроля.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собрания может быть оспорено, в том числе акционером, права которого, удостоверенные бездокументарными ценными бумагами, были реализованы неуправомоченными лицами (пункт 2 статьи 149.4 ГК РФ), если само гражданско-правовое сообщество (корпорация) или лица, волеизъявление которых имело значение при принятии решения собрания (акционеры), были субъективно недобросовестными - знали или должны были знать о неуправомоченности лица на реализацию права на участие в управлении акционерным обществом.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необходимости обеспечения права лица на судебную защиту на основании пункта 2 статьи 149.4 Гражданского кодекса может быть оспорено решение собрания, в котором истец не смог принять участие вследствие неправомерных действий третьих (неуправомоченных) лиц, даже если эти лица фактически не голосовали на собрании акционеров.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материалов дела следует, что АО "Оптима-Альянс" 22 октября 2015 г. передало принадлежавшие ему акции ПАО НПО "Физика" в доверительное управление Компании.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города Москвы по делу № А40-131105/2022, имеющим преюдициальное значение для разрешения настоящего спора (статья 69 АПК РФ), установлено, что 10 февраля 2022 г. стороны заключили соглашение о расторжении договора доверительного управления.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4 названного соглашения стороны приняли на себя обязательства в течение трех рабочих дней с даты его подписания осуществить все необходимые действия в специализированном регистраторе, ведущем реестр владельцев именных ценных бумаг ПАО НПО "Физика", с целью зачисления (возврата) акций на лицевой счет АО "Оптима-Альянс".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То есть, вследствие расторжения договора доверительного управления у Компании возникло обязательство по передаче 23 671 обыкновенной именной акции ПАО НПО "Физика" в пользу АО "Оптима-Альянс".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Данное обязательство не было исполнено добровольно, в связи с чем с 16 февраля 2022 г. Компания стала незаконным владельцем акций ПАО НПО "Физика", не уполномоченным на осуществление прав участия в управлении акционерным обществом.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Вышеупомянутым решением суда по делу № А40-131105/2022, вступившим в законную силу 21 марта 2023 г., акции ПАО НПО "Физика" истребованы из незаконного владения Компании в пользу АО "Оптима-Альянс".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АО "Оптима-Альянс" применительно к пункту 2 статьи 149.4 Гражданского кодекса вправе оспаривать решения собрания акционеров, проведенных после 16 февраля 2022 г., поскольку право на участие истца в собрании было ограничено вследствие неправомерного поведения Компании.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высказанными в обжалуемых судебных актах суждениями об отсутствии нарушения прав АО "Оптима-Альянс" в связи с тем, что истец не был включен в список лиц, имеющих право на участие в общем собрании акционеров и, соответственно, не мог принимать участие в годовом общем собрании акционеров по итогам 2022 года, Судебная коллегия Верховного Суда Российской Федерации согласиться не может.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Действительно, в соответствии с пунктом 1 статьи 51 Закона об акционерных обществах список лиц, имеющих право на участие в общем собрании акционеров, составляется в соответствии с правилами законодательства Российской Федерации о ценных бумагах для составления списка лиц, осуществляющих права по ценным бумагам.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данной нормой дата, на которую определяются (фиксируются) лица, имеющие право на участие в общем собрании акционеров общества, не может быть установлена ранее чем через 10 дней с даты принятия решения о проведении общего собрания акционеров и более чем за 25 дней до даты проведения общего собрания акционеров, а в случаях, предусмотренных пунктами 2 и 8 статьи 53 Закона об акционерных обществах, - более чем за 55 дней до даты проведения общего собрания акционеров.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абзацу второму части 1 статьи 8.7-1 Федерального закона от 22 апреля 1996 г. № 39-ФЗ "О рынке ценных бумаг" (далее - Закон о рынке ценных бумаг) список лиц, осуществляющих права по ценным бумагам (список лиц, имеющих право на участие в общем собрании владельцев ценных бумаг, список лиц, имеющих преимущественное право приобретения ценных бумаг, и другое), составляется держателем реестра или лицом, осуществляющим централизованный учет прав на ценные бумаги, по требованию эмитента (лица, обязанного по ценным бумагам), а также лиц, которые в соответствии с федеральным законом имеют право требовать составления такого списка.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Положения Закона об акционерных обществах и Закона о рынке ценных бумаг в части возможности участия лиц в общем собрании акционеров конкретизированы в Положении Центрального банка Российской Федерации от 16 ноября 2018 г. № 660-П "Об общих собраниях акционеров" (далее - Положение № 660-П).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4.1 Положения № 660-П в общем собрании могут принимать участие лица, включенные в список лиц, имеющих право на участие в общем собрании, лица, к которым права указанных лиц на акции общества перешли в порядке наследования или реорганизации, либо их представители, действующие в соответствии с полномочиями, основанными на указаниях федеральных законов или актов уполномоченных на то государственных органов или органов местного самоуправления либо доверенности, составленной в письменной форме.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Системный анализ указанных норм корпоративного законодательства позволяет сделать вывод, что по общему правилу правом на участие в общем собрании акционеров общества обладает то лицо, которое было внесено в список лиц, имеющих право на участие в общем собрании.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случае если с момента составления списка лиц, имеющих право на участие в общем собрании, происходит смена правообладателя ценных бумаг, то правопредшественник нового обладателя ценных бумаг не утрачивает возможности участия в общем собрании акционеров.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следствие, в подобной ситуации происходит отделение права голоса от экономического интереса в управлении обществом, поскольку может оказаться, что участие в голосовании на общем собрании принимает прежний владелец акций, либо не принимает никто, а все имущественные последствия принятых на общем собрании решений будет нести приобретатель акций.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то же время при расхождении между действительным экономическим смыслом совершаемых действий и их юридической регламентацией деятельность лица, получившего больший по сравнению с необходимым для реализации своего имущественного интереса объем полномочий, в силу требований пункта 3 статьи 1, пункта 1 статьи 10 Гражданского кодекса ограничивается стандартами (требованиями) добросовестности и разумности поведения.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отчуждатель ценных бумаг лишь формально реализует субъективное право на участие в управлении акционерным обществом, не обладая при этом собственным имущественным интересом, у него возникают фидуциарные обязанности действовать в интересах приобретателя ценных бумаг.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при голосовании по уже отчужденным акциям бывший акционер обязан действовать исходя из известных ему или разумно предполагаемых в данных конкретных обстоятельствах интересах приобретателя акций (пункт 2 статьи 57 Закона об акционерных обществах, пункт 2.24 Положения № 660-П), в частности, выдать ему доверенность для обеспечения возможности участия в голосовании, голосовать в соответствии с его указаниями.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Возложение указанных обязанностей на отчуждателя акций призвано обеспечить права и законные интересы приобретателя, который в случае их нарушения, исходя из сложившейся судебной практики, вправе требовать от своего контрагента возмещения убытков, возникших в результате их несоблюдения (постановление Президиума Высшего Арбитражного Суда Российской Федерации от 2 июля 2013 г. № 2416/13).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Соответственно, по общему правилу при нарушении отчуждателем акций своих фидуциарных обязанностей по осуществлению субъективного права на участие в управлении акционерным обществом в интересах приобретателя, последний вправе требовать возмещения причиненных ему убытков, но не вправе оспаривать принятые собранием решения.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 общее правило о невозможности оспаривания решения собрания акционеров в ситуации расхождения между действительным обладанием акциями и формальной возможностью голосования вследствие нахождения в списке лиц, имеющих право на участие в общем собрании акционеров, призвано защитить правомерные ожидания и законные интересы третьих лиц, которые вправе полагаться на видимость наличия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Тем не менее, видимость наличия права защищает исключительно добросовестных третьих лиц (пункт 3 статьи 1, пункт 2 статьи 149.4 ГК РФ), которые не знали и не должны были знать о том, что, в действительности, лицо является не уполномоченным на совершение определенного действия.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этим, если акционерное общество или лица, волеизъявление которых имело значение при принятии решения собрания, знали или должны были знать о том, что лицо, включенное в список лиц, имеющих право на участие в общем собрании, является неуполномоченным, то действительный правообладатель акций вправе как взыскать убытки с лица, которое обязано было действовать в его интересах, так и требовать признания решения собрания недействительным, если им существенным образом нарушаются его права и законные интересы и/или его участие в голосовании могло повлиять на принятое решение.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данном случае ПАО НПО "Физика" участвовало при рассмотрении дела № А40-131105/2022 Арбитражным судом города Москвы в качестве третьего лица, не заявляющего самостоятельных требований относительно предмета спора, в том числе направляло своих представителей в судебные заседания, выражало позицию по существу спора.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Спор в отношении принадлежности акций разрешен судом 26 января 2023 г., а 22 февраля 2023 г. решение по делу, принятое в окончательной форме, размещено в публичном доступе в "Картотеке арбитражных дел" на сайте http://kad/arbitr.ru.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ПАО НПО "Физика" не могло в данном случае не знать о том, что Компания является незаконным владельцем акций на момент составления списка лиц, имеющих право на участие в голосовании (27 марта 2023 г.), и на момент проведения голосования (20 апреля 2023 г.).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Вышеназванные обстоятельства в своей совокупности не получили должной правовой оценки со стороны судов первой и апелляционной инстанций.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суды при рассмотрении настоящего спора не устанавливали, могло ли голосование АО "Оптима-Альянс" повлиять на принятие решений по вопросам повестки годового общего собрания акционеров по итогам работы за 2022 год, либо принятые решения влекут за собой наступление существенных неблагоприятных последствий для акционерного общества и его акционеров, ограничившись указанием на отсутствие процедурных нарушений при проведении общего собрания акционеров.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Указанные ошибки судов первой и апелляционной инстанций не устранены арбитражным судом кассационной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таком положении Судебная коллегия по экономическим спорам Верховного Суда Российской Федерации считает, что состоявшиеся по делу решение суда первой инстанции, постановления арбитражных судов апелляционной и кассационной инстанций подлежат отмене на основании части 1 статьи 291.11 АПК РФ, как принятые при существенном нарушении норм материального и процессуального права, а дело подлежит направлению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дела судам следует учесть изложенную в настоящем определении правовую позицию, принять законные и обоснованные судебные акты.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176, 291.11 - 291.15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Арбитражного суда города Москвы от 16 октября 2023 г., постановление Девятого арбитражного апелляционного суда от 15 января 2024 г. и постановление Арбитражного суда Московского округа от 27 мая 2024 г. по делу № А40-162510/2023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направить на новое рассмотрение в Арбитражный суд города Москвы.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Н.С.ЧУЧУНОВА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Е.Е.БОРИСОВА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Р.А.ХАТЫПОВА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направлено на новое рассмотрение, поскольку суды не устанавливали, могло ли голосование истца-1 повлиять на принятие решений по вопросам повестки годового общего собрания акционеров либо принятые решения влекут за собой наступление существенных неблагоприятных последствий для акционерного общества и его акционеров, ограничившись указанием на отсутствие процедурных нарушений при проведении общего собрания акционеров.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23.12.2024 № 305-ЭС24-15879 по делу № А40-162510/2023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23.12.2024 № 305-ЭС24-15879 по делу № А40-162510/2023</dc:title>
  <dc:subject/>
  <dc:creator>CasusLegal</dc:creator>
  <cp:keywords/>
  <dc:description/>
  <cp:lastModifiedBy>CasusLegal</cp:lastModifiedBy>
  <cp:revision>1</cp:revision>
  <dcterms:created xsi:type="dcterms:W3CDTF">2026-08-16T11:33:15Z</dcterms:created>
  <dcterms:modified xsi:type="dcterms:W3CDTF">2026-08-16T11:33:15Z</dcterms:modified>
  <cp:category/>
</cp:coreProperties>
</file>