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11.03.2025 № 305-ЭС24-18797 по делу № А41-78725/2023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11.03.2025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305-ЭС24-18797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446 ГПК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Несостоятельность (банкротство), Оспаривание сделок должника, Единственное жилье, Исполнительский иммунитет, Финансовый управляющий, Статья 213.25 Закона о банкротстве, Федеральный закон № 127-ФЗ, Статья 446 ГПК РФ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А41-78725/2023 Резолютивная часть определения объявлена 10 марта 2025 г. Полный текст определения изготовлен 11 марта 2025 г. Судебная коллегия по экономическим спорам Верховного Суда Российской Федерации в составе: председательствующего судьи Шилохвоста О.Ю., судей Зарубиной Е.Н., Капкаева Д.В., - рассмотрела в открытом судебном заседании кассационную жалобу Букаревой Светланы Владимировны на определение Арбитражного суда Московской области от 3 апреля 2024 г., постановление Десятого арбитражного апелляционного суда от 7 июня 2024 г. и постановление Арбитражного суда Московского округа от 22 августа 2024 г. по делу № А41-78725/23 о банкротстве Сухомлиновой Галины Сергеевны. В заседании приняли участие представители Букаревой Светланы Владимировны - Дубов Н.Ю. (по доверенности от 27 марта 2024 г.), Сухов А.А. (по доверенности от 27 марта 2024 г.). Заслушав и обсудив доклад судьи Верховного Суда Российской Федерации Шилохвоста О.Ю., а также объяснения представителей заявителя,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Сухомлинова Галина Сергеевна (далее - должник) 14 сентября 2023 г. обратилась в арбитражный суд с заявлением о признании ее несостоятельной (банкротом) и введении процедуры реализации имущества гражданина.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от 25 октября 2023 г. должник признан несостоятельным (банкротом), в отношении него введена процедура реализации имущества гражданина, финансовым управляющим имуществом должника утверждена Кузовлева У.А.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28 октября 2023 г. Сухомлинова Г.С. (должник), ее муж Сухомлинов В.Г. и их сын Сухомлинов Р.В. (заемщики, залогодатели), с одной стороны, и Букарева С.В. (заимодавец-залогодержатель), с другой стороны, заключили удостоверенный нотариусом договор займа с залогом квартиры, в соответствии с которым заимодавец обязался передать заемщикам денежные средства в размере 1 300 000 руб., а заемщики в срок до 28 октября 2024 г. обязались возвратить предоставленную сумму займа с процентами (пункт 1.1). В обеспечение своевременного исполнения обязательства по возврату займа заемщики передали в залог Букаревой С.Г. принадлежащее им на праве общей долевой собственности (по 1/3 доли каждому) жилое помещение - квартиру с кадастровым номером 50:58:0040604:2576, расположенную в г. Серпухове Московской области, общей площадью 53, 5 кв. м (далее - квартира) (пункт 1.2). В квартире зарегистрированы Сухомлинова Г.С., Сухомлинов В.Г., Сухомлинов Р.В.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Сведения о признании должника банкротом и введении реализации имущества гражданина опубликованы в газете "Коммерсантъ" от 3 ноября 2023 г. № 206 (7651) (номер объявления 77235527381) и в Едином Федеральном реестре сведений о банкротстве (сообщение № 12833187 от 31 октября 2023 г.).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Финансовый управляющий 5 марта 2024 г. обратился в суд с заявлением о признании недействительным договора займа с залогом квартиры от 28 октября 2023 г. в части обязательств должника по предоставлению в залог 1/3 доли в праве собственности на квартиру, о признании недействительным обременения в виде залога 1/3 доли в праве собственности на квартиру, установленного в пользу Букаревой С.В., о применении последствий недействительности сделки в виде истребования квартиры из владения Букаревой С.В.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Московской области от 3 апреля 2024 г., оставленным без изменения постановлением Десятого арбитражного апелляционного суда от 7 июня 2024 г. и постановлением Арбитражного суда Московского округа от 22 августа 2024 г., заявление финансового управляющего удовлетворено частично: договор займа с залогом квартиры от 28 октября 2023 г. признан недействительным в части обязательств Сухомлиновой Г.С. по предоставлению в залог 1/3 доли в праве собственности на квартиру; признано недействительным обременение в виде залога 1/3 доли в праве собственности на квартиру, принадлежащую Сухомлиновой Г.С., установленное в пользу Букаревой С.В.; в остальной части в удовлетворении заявления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Московской области от 18 сентября 2024 г. завершена процедура реализации имущества должника, должник освобожден от дальнейшего исполнения требований кредиторов, в том числе требований, не заявленных в ходе проведения процедуры банкротства.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Букарева С.В. 4 сентября 2024 г. обратилась в Верховный Суд Российской Федерации с кассационной жалобой, в которой просит определение от 3 апреля 2024 г., постановление от 7 июня 2024 г. и постановление от 22 августа 2024 отменить, ссылаясь на существенные нарушения судами норм материального права, повлиявшие на исход дела, и принять новый судебный акт об отказе в удовлетворении заявления финансового управляющего.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 Букарева С.В., ссылаясь на статью 213.25 Федерального закона от 26 октября 2002 г. № 127-ФЗ "О несостоятельности (банкротстве)" (далее - Закон о банкротстве), настаивает на том, что финансовый управляющий управомочен совершать от имени гражданина только сделки в отношении имущества, составляющего конкурсную массу, тогда как ввиду отсутствия у должника иного жилья спорная квартира является для него и членов его семьи единственным пригодным для проживания жилым помещением, которое не подлежит включению в конкурсную массу.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Верховного Суда Российской Федерации от 3 февраля 2025 г. (судья Шилохвост О.Ю.) кассационная жалоба Букаревой С.В. с делом переданы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Представители Букаревой С.В. в судебном заседании подтвердили доводы кассационной жалобы и просили обжалуемые судебные акты отменить и принять новый судебный акт об отказе в удовлетворении заявления финансового управляющего.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Сухомлинова Г.С. и финансовый управляющий Кузовлева У.А., надлежащим образом извещенные о времени и месте рассмотрения кассационной жалобы Букаревой С.В., явку своих представителей в судебное заседание не обеспечили, что в силу части 2 статьи 291.10 Арбитражного процессуального кодекса Российской Федерации не препятствует рассмотрению кассационной жалобы.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кассационной жалобе и в выступлениях представителей Букаревой С.В., Судебная коллегия по экономическим спорам Верховного Суда Российской Федерации считает, что определение от 3 апреля 2024 г., постановление от 7 июня 2024 г. и постановление от 22 августа 2024 г. подлежат отмене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и усматривается из материалов дела, согласно приложенной к заявлению должника о признании несостоятельным (банкротом) описи имущества должника, в собственности Сухомлиновой Г.С. имеется 1/3 доля в квартире.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Ссылаясь на то, что в нарушение пункта 5 статьи 213.25 Закона о банкротстве должник при заключении договора займа с залогом квартиры от 28 октября 2024 г. не получил разрешения финансового управляющего на распоряжение имуществом в размере 1/3 доли квартиры, последний обратился в арбитражный суд с настоящим заявлением.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Частично удовлетворяя заявление финансового управляющего, суды руководствовались статьями 167, 168, 173.1, 174.1, 180, 329, 334, 335 Гражданского кодекса Российской Федерации, статьями 32, 61.1, 61.6, 213.1, 213.11, 213.25, 213.32 Закона о банкротстве и, исследовав и оценив представленные по делу доказательства по правилам статьи 71 Арбитражного процессуального кодекса Российской Федерации, пришли к выводу о том, что поскольку, пока не установлено иное, все имущество должника составляет конкурсную массу, передача должником в залог спорной квартиры (в части приходящейся на должника 1/3 в праве общей долевой собственности) без согласия финансового управляющего не соответствует закону. При этом довод кассационной жалобы Букаревой С.В. о том, что спорная квартира, как единственное пригодное для проживания должника и членов его семьи жилое помещение, не входит в конкурсную массу, суд округа отклонил как не подтвержденное ссылками на судебные акты об исключении этого имущества из конкурсной массы.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нижестоящих инстанций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пунктом 1 статьи 213.25 Закона о банкротстве все имущество гражданина, имеющееся на дату принятия решения арбитражного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названной статьи, в силу которого из конкурсной массы финансовым управляющим исключается имущество, на которое не может быть обращено взыскание в соответствии с гражданским процессуальным законодательством.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абзацу второму части 1 статьи 446 Гражданского процессуального кодекса Российской Федерации (далее - ГПК РФ) к такому имуществу, в частности, относится принадлежащее гражданину-должнику на праве собственности жилое помещение (его части), если для гражданина-должника и членов его семьи, совместно проживающих в указанном помещении, оно является единственным пригодным для постоянного проживания помещением, за исключением указанного имущества, если оно является предметом ипотеки и на него в соответствии с законодательством об ипотеке может быть обращено взыскание.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Порядок разделения имущества гражданина, имеющегося на дату принятия решения арбитражного суда о признании гражданина банкротом и введения процедуры реализации имущества гражданина и выявленного или приобретенного гражданином после даты принятия указанного решения, на имущество, составляющее конкурсную массу, и имущество, не входящее в нее, разъяснен в пункте 1 постановления Пленума Верховного Суда Российской Федерации от 25 декабря 2018 г. № 48 "О некоторых вопросах, связанных с особенностями формирования и распределения конкурсной массы в делах о банкротстве граждан", в соответствии с которым вопрос об исключении из конкурсной массы имущества, на которое не может быть обращено взыскание в соответствии с гражданским процессуальным законодательством решается финансовым управляющим самостоятельно во внесудебном порядке. В то же время, при наличии разногласий между финансовым управляющим, должником и лицами, участвующими в деле о банкротстве, относительно указанных имущества и (или) его размера любое из названных лиц вправе обратиться в арбитражный суд, рассматривающий дело о банкротстве, с заявлением о разрешении возникших разногласий, по результатам рассмотрения которого суд выносит определение.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Кроме того, в силу абзацев второго и третьего пункта 5 статьи 213.25 Закона о банкротстве все права в отношении имущества, составляющего конкурсную массу, в том числе на распоряжение им, осуществляются только финансовым управляющим от имени гражданина и не могут осуществляться гражданином лично, а сделки, совершенные гражданином лично (без участия финансового управляющего) в отношении имущества, составляющего конкурсную массу, ничтожны.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вопреки выводу суда округа, финансовый управляющий управомочен самостоятельно разрешать вопрос об исключении из конкурсной массы принадлежащего должнику жилого помещения, являющегося единственным пригодным для постоянного проживания должника и совместно проживающих с ним членов его семьи. По смыслу вышеприведенных разъяснений вмешательство суда в определение правового положения такого помещения в деле о банкротстве допускается только при наличии разногласий между финансовым управляющим, должником и лицами, участвующими в деле о банкротстве, относительно этого помещения.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согласно имеющимся в деле о банкротстве описи имущества гражданина и отчетам финансового управляющего, представлявшихся им в суд при заявлении ходатайств о продлении процедуры реализации имущества гражданина, а также ходатайства о завершении этой процедуры, никакого иного имущества должника, помимо спорной квартиры, не выявлено, а в отчете от 27 августа 2024 г. финансовым управляющим сделан самостоятельный вывод о том, что названная квартира, в которой должнику принадлежит 1/3 доля в праве общей долевой собственности, "являясь единственным жилым помещением для должника, не подлежит включению в конкурсную массу", судебная коллегия приходит к выводу о том, что финансовый управляющий был заведомо осведомлен о соответствии этой квартиры требованиям части 1 статьи 446 ГПК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 у финансового управляющего отсутствовало предусмотренное пунктом 5 статьи 213.25 Закона о банкротстве право распоряжения спорной квартирой, а сделка, совершенная гражданином в отношении этого имущества лично (без участия финансового управляющего), не отвечает установленным названной нормой признакам ничтожной сделки. Таким образом, настоящее заявление финансового управляющего не подлежало удовлетворению.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судами первой и апелляционной инстанции было допущено существенное нарушение законодательства о банкротстве гражданина, а судом округа эти нарушения не были исправлены, обжалуемые судебные акты подлежат отмене с принятием нового судебного акта об отказе в удовлетворении заявления финансового управляющего.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изложенного и руководствуясь статьями 184, 291.13 - 291.15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Арбитражного суда Московской области от 3 апреля 2024 г. по делу № А41-78725/23, постановление Десятого арбитражного апелляционного суда от 7 июня 2024 г. и постановление Арбитражного суда Московского округа от 22 августа 2024 г. отменить, в удовлетворении заявления финансового управляющего отказать.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О.Ю.ШИЛОХВОСТ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Е.Н.ЗАРУБИНА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Д.В.КАПКАЕВ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удовлетворении требования отказано, поскольку у финансового управляющего, осведомленного о том, что принадлежащая должнику доля в праве общей долевой собственности на квартиру является единственным жилым помещением должника, отсутствовало предусмотренное п. 5 ст. 213.25 Закона о банкротстве право распоряжения данной квартирой, а сделка, совершенная гражданином в отношении спорного имущества лично (без участия финансового управляющего), не отвечает признакам ничтожной сделки.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11.03.2025 № 305-ЭС24-18797 по делу № А41-78725/2023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11.03.2025 № 305-ЭС24-18797 по делу № А41-78725/2023</dc:title>
  <dc:subject/>
  <dc:creator>CasusLegal</dc:creator>
  <cp:keywords/>
  <dc:description/>
  <cp:lastModifiedBy>CasusLegal</cp:lastModifiedBy>
  <cp:revision>1</cp:revision>
  <dcterms:created xsi:type="dcterms:W3CDTF">2026-08-16T11:32:10Z</dcterms:created>
  <dcterms:modified xsi:type="dcterms:W3CDTF">2026-08-16T11:32:10Z</dcterms:modified>
  <cp:category/>
</cp:coreProperties>
</file>