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Российской Федерации от 08.04.2025 № 310-ЭС22-25261 по делу № А09-4675/2021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08.04.2025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310-ЭС22-25261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110 АПК РФ, ст. 112 АПК РФ, ст. 291.11 АПК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Судебные расходы, Уступка права требования (цессия), Договор возмездного оказания услуг, Зачет встречных требований, Статья 110 АПК РФ, Статья 382 ГК РФ, Статья 410 ГК РФ, Арбитражный процесс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Постановлением частично удовлетворено ходатайство о возмещении расходов на оплату услуг представителя.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№ А09-4675/2021 Резолютивная часть определения объявлена 25 марта 2025 г. Полный текст определения изготовлен 8 апреля 2025 г. Судебная коллегия по экономическим спорам Верховного Суда Российской Федерации в составе председательствующего Грачевой И.Л., судей Хатыповой Р.А. и Чучуновой Н.С., при участии представителей общества с ограниченной ответственностью "Юридическое бюро "ЭКВАНТ" Сляднева А.В. (доверенность от 21 марта 2025 г.), индивидуального предпринимателя Иванова Валерия Анатольевича - Оспичука Р.В. (доверенность от 10 сентября 2024 г.), индивидуального предпринимателя Кудрявцева Владислава Николаевича - Шараевского А.В. (доверенность от 29 августа 2022 г.), рассмотрев в открытом судебном заседании кассационную жалобу общества с ограниченной ответственностью "Юридическое бюро "ЭКВАНТ" на постановление Арбитражного суда Центрального округа от 18 сентября 2024 г. по делу № А09-4675/2021,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Арбитражный суд Брянской области решением от 4 марта 2022 г., оставленным без изменения постановлениями Двадцатого арбитражного апелляционного суда от 23 мая 2022 г. и Арбитражного суда Центрального округа от 22 сентября 2022 г., удовлетворил иск индивидуального предпринимателя Иванова Валерия Анатольевича и взыскал с индивидуального предпринимателя Кудрявцева Владислава Николаевича 450 000 руб. долга по трем договорам займа, 8959 руб. 78 коп. процентов за пользование чужими денежными средствами за период с 31 декабря 2020 г. по 9 июня 2021 г. с продолжением их начисления до момента фактической уплаты долга.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судьи Верховного Суда Российской Федерации от 27 декабря 2022 г. ответчику отказано в передаче кассационной жалобы для рассмотрения в судебном заседании Судебной коллегии.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договору уступки от 29 декабря 2022 г. истец уступил обществу с ограниченной ответственностью "Юридическое бюро "ЭКВАНТ" (далее - Общество), которое оказало истцу юридические услуги при рассмотрении дела в арбитражном суде, право требовать взыскания с ответчика (проигравшей стороны) судебных расходов на оплату услуг представителя в размере 181 000 руб.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 16 марта 2023 г. обратилось в Арбитражный суд Брянской области с заявлением о взыскании с Кудрявцева В.Н. 181 000 руб. судебных расходов, понесенных истцом на оплату услуг представителя, и одновременно заявило ходатайство о замене Иванова В.А. на Общество в части взыскания судебных расходов в связи с уступкой права требования.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Арбитражный суд Брянской области определением от 14 декабря 2023 г. отказал в удовлетворении указанных заявления и ходатайства Общества.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Двадцатый арбитражный апелляционный суд постановлением от 27 марта 2024 г. отменил определение суда первой инстанции, взыскал с Кудрявцева В.Н. в пользу Общества 120 000 руб. судебных расходов, в удовлетворении остальной части заявления отказал.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Арбитражный суд Центрального округа постановлением от 18 сентября 2024 г. отменил постановление апелляционного суда и оставил в силе определение суда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кассационной жалобе, поданной в Верховный Суд Российской Федерации, Общество, ссылаясь на нарушение окружным судом норм материального и процессуального права, просит отменить постановление окружного суда и оставить в силе постановление апелляционного суда.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от 3 марта 2025 г. судьи Верховного Суда Российской Федерации жалоба Общества вместе с делом передана для рассмотрения в судебном заседании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отзыве на кассационную жалобу Кудрявцев В.Н. просит оставить обжалуемое постановление окружного суда без изменения, считая его законным и обоснованным.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судебном заседании представители Общества и Иванова В.А. поддержали доводы жалобы, а представитель Кудрявцева В.Н. - доводы, приведенные в отзыве на нее.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части 1 статьи 291.11 Арбитражного процессуального кодекса Российской Федерации (далее - АПК РФ)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(или) норм процессуального права, которые повлияли на исход дела и без устранения которых невозможны восстановление и защита нарушенных прав, свобод, законных интересов в сфере предпринимательской и иной экономической деятельности, а также защита охраняемых законом публичных интересов.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Заслушав доклад судьи Верховного Суда Российской Федерации Грачевой И.Л., выслушав объяснения представителей лиц, участвующих в деле, Судебная коллегия по экономическим спорам Верховного Суда Российской Федерации пришла к выводу о наличии предусмотренных частью 1 статьи 291.11 АПК РФ оснований для отмены обжалуемого судебного акта.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следует из материалов дела и установлено судами, Иванов В.А. (заказчик) и Общество (исполнитель) 30 июня 2021 г. заключили договор на оказание юридических услуг по сопровождению спора по настоящему делу.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1.1 договора заказчик поручает и оплачивает, а исполнитель принимает на себя обязательство оказать услуги, указанные в пункте 1.2 договора, по судебному сопровождению дела, рассматриваемого Арбитражным судом Брянской области о взыскании в пользу заказчика 458 959 руб. 78 коп. суммы долга и процентов по договорным обязательствам.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Пунктами 1.2.1 - 1.2.7 договора предусмотрена обязанность исполнителя оказать юридические услуги, которые включают: устные консультации; изучение документов; ознакомление с материалами дела; составление и представление в суд необходимых отзывов, ходатайств, иных документов; участие в судебных заседаниях; при необходимости обжалование судебных актов; оказание иных юридических услуг, направленных на защиту интересов заказчика; взыскание судебных расходов, понесенных в связи с рассмотрением судебного спора; получение исполнительного листа на взыскание судебных расходов и предъявление его к исполнению.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пункте 3.2 договора стороны предусмотрели, что все расчеты по договору производятся путем перечисления денежных средств на расчетный счет исполнителя либо в иной форме, предусмотренной действующим законодательством Российской Федерации, в срок не более 10 рабочих дней с момента получения счета на сумму оказанных услуг, в том числе посредством уступки прав требования взыскания судебных расходов.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актом оказания услуг от 28 декабря 2022 г. исполнитель оказал, а заказчик принял услуги, поименованные в акте (участие представителя в суде трех инстанций, подготовка и подача в суд процессуальных документов и другие услуги) и определенные в пунктах 1.2.1 - 1.2.7 договора, на общую сумму 181 000 руб.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спор по существу выиграл Иванов В.А., в силу статьи 110 АПК РФ ему принадлежит право на взыскание с ответчика судебных расходов.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 основании пункта 3.2 договора оказания услуг Иванов В.А. (цедент) и Общество (цессионарий) заключили 29 декабря 2022 г. договор цессии, согласно которому цедент в полном объеме уступает, а цессионарий принимает право требования к должнику - Кудрявцеву В.Н. возмещения (взыскания) 181 000 руб. судебных расходов на оплату юридических услуг по судебному сопровождению спора цедента с должником в Арбитражном суде Брянской области и вышестоящих инстанциях по делу № А09-4675/2021.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Принадлежащее цеденту право требования к должнику в указанной сумме основано на договоре на оказание юридических услуг от 30 июня 2021 г., акте оказания услуг от 28 декабря 2022 г. и передано в счет оплаты юридических услуг, оказанных Обществом.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пункте 3 договора уступки стороны согласовали, что право на взыскание судебных расходов уступлено в счет оплаты юридических услуг, в связи с чем осуществлен зачет встречных однородных требований сторон договора.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Общество, ссылаясь на приведенные обстоятельства, 16 марта 2023 г. обратилось в арбитражный суд с заявлением о взыскании с ответчика судебных расходов.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рассмотрении данного заявления ответчик заявил ходатайство о фальсификации договора на оказание юридических услуг от 30 июня 2021 г. и назначении судебной экспертизы с целью установления истинной даты его заключения.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 отказалось от исключения оспоренного договора из числа доказательств по делу. С целью проверки данного заявления определением от 3 июня 2023 г. суд первой инстанции назначил проведение экспертизы.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Изучив экспертное заключение, суд не признал установленным факт фальсификации договора.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Вместе с тем суд первой инстанции, сославшись на статьи 106, 110, 112 АПК РФ, статьи 382, 383, 388.1 Гражданского кодекса Российской Федерации (далее - Гражданский кодекс), разъяснения, приведенные в постановлении Пленума Верховного Суда Российской Федерации от 21 января 2016 г. № 1 "О некоторых вопросах применения законодательства о возмещении издержек, связанных с рассмотрением дела" (далее - постановление Пленума ВС РФ № 1), отказал в удовлетворении заявления Общества.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указал, что уступить право требования взыскания судебных расходов возможно только в случае их несения; из условий договора цессии от 29 декабря 2022 г. следует, что Иванов В.А. не оплатил юридические услуги Общества, оказанные в период рассмотрения дела, а следовательно, истец не понес судебные расходы, поэтому не имеется оснований для их взыскания с Кудрявцева В.Н.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Кроме того, суд посчитал, что заключение соглашения об уступке права на возмещение судебных издержек не влечет процессуальную замену лица, участвующего в деле и уступившего право на возмещение судебных издержек, его правопреемником, поскольку такое право возникает и переходит к правопреемнику лишь в момент присуждения судебных издержек в пользу правопредшественника.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Апелляционный суд, отменяя определение от 14 декабря 2023 г. и взыскивая с ответчика в пользу Общества 120 000 руб. расходов на оплату услуг представителя в разумных пределах, руководствовался статьями 48, 71, 106, 110 АПК РФ, статьями 382, 384, 388.1, 407, 410 Гражданского кодекса, разъяснениями, приведенными в пунктах 9, 13, 15 постановления Пленума ВС РФ № 1, правовой позицией, изложенной в определении Верховного Суда Российской Федерации от 3 сентября 2020 г. № 307-ЭС20-11335, и исходил из следующего.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со статьей 110 АПК РФ судебные расходы, в том числе на оплату услуг представителя, понесенные лицами, участвующими в деле, в пользу которых принят судебный акт, взыскиваются арбитражным судом с другого лица в разумных пределах.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Судебные расходы могут быть возмещены арбитражным судом, если они фактически произведены и документально подтверждены.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Истец понес расходы на оплату услуг представителя в момент передачи по договору уступки права требования путем погашения задолженности перед Обществом за оказанные юридические услуги при рассмотрении настоящего дела.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Согласованный Ивановым В.А. и Обществом порядок оплаты юридических услуг и стоимости принятых заявителем прав требования путем зачета не противоречит публичному порядку Российской Федерации и является допустимой формой взаиморасчетов.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 дату заключения договора уступки спор рассмотрен по существу, поэтому имелись правовые предпосылки для удовлетворения требования выигравшей стороны о взыскании судебных расходов.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Право стороны обратиться с заявлением о взыскании судебных расходов, как и право на уступку требования, возникает с момента несения таких расходов, а не с момента вступления в силу судебного акта об их взыскании. Данное требование предъявлено цессионарием одновременно с заявлением об осуществлении процессуального правопреемства в части взыскания судебных расходов.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Предъявленные Обществом к взысканию расходы определены на основании договора об оказании юридических услуг за участие представителя в судебных заседаниях первой, апелляционной и кассационной инстанций, подготовку необходимых процессуальных документов.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Определяя разумность расходов на оплату услуг представителя, суд апелляционной инстанции руководствовался разъяснениями, изложенными в пункте 13 постановления Пленума ВС РФ № 1, учел цену иска, сложность дела, продолжительность его рассмотрения, сложившуюся в Брянской области стоимость аналогичных юридических услуг.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округа, признав правильным вывод апелляционного суда о наличии у сторон договора возмездного оказания услуг права согласовать выплату вознаграждения исполнителю в различных формах, в том числе в виде взаиморасчетов, при этом посчитал, что у Общества не возникло право на возмещение судебных расходов, отменил постановление апелляционного суда и оставил в силе определение суда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округа исходил из того, что право на возмещение судебных расходов за счет ответчика возникнет у Общества только с момента вынесения судебного акта по вопросу о взыскании судебных расходов в пользу истца (Иванова В.А.) с одновременным или последующим рассмотрением ходатайства о правопреемстве цессионария.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считает приведенный вывод суда округа ошибочным, не соответствующим нормам материального и процессуального права.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пункта 1 статьи 388 Гражданского кодекса уступка требования кредитором (цедентом) другому лицу (цессионарию) допускается, если она не противоречит закону.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Исходя из разъяснений, изложенных в пункте 6 постановления Пленума Верховного Суда Российской Федерации от 21 декабря 2017 г. № 54 "О некоторых вопросах применения положений главы 24 Гражданского кодекса Российской Федерации о перемене лиц в обязательстве на основании сделки", договор, на основании которого производится уступка, может быть заключен не только в отношении требования, принадлежащего цеденту в момент заключения договора, но и в отношении требования, которое возникнет в будущем или будет приобретено цедентом у третьего лица (будущее требование). Если иное не установлено законом, будущее требование переходит к цессионарию, соответственно, непосредственно после момента его возникновения или его приобретения цедентом. Соглашением сторон может быть предусмотрено, что будущее требование переходит позднее (пункт 2 статьи 388.1 Гражданского кодекса).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пункте 9 постановления Пленума ВС РФ № 1 разъяснено, что уступка права на возмещение судебных издержек как такового допускается не только после их присуждения лицу, участвующему в деле, но и в период рассмотрения дела судом (статьи 382, 383, 388.1 Гражданского кодекса). Заключение указанного соглашения до присуждения судебных издержек не влечет процессуальную замену лица, участвующего в деле и уступившего право на возмещение судебных издержек, его правопреемником, поскольку такое право возникает и переходит к правопреемнику лишь в момент присуждения судебных издержек в пользу правопредшественника (пункт 2 статьи 388.1 Гражданского кодекса).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том случае, когда дело рассмотрено по существу в пользу цедента, но вопрос о распределении судебных издержек не рассматривался, и истец (заявитель) уступает свое право требования взыскания судебных издержек другому лицу (цессионарию), с заявлением о взыскании судебных издержек на основании части 2 статьи 112 АПК РФ вправе обратиться цессионарий, приобретший это право требования по договору уступки.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Предоставление цессионарию права на взыскание судебных издержек обусловлено защитой цессионария как добросовестного участника гражданского оборота, так как цедент в связи с уступкой права требования и получением за него денежных средств или иного предоставления утрачивает интерес к присуждению издержек в свою пользу.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с учетом положений пункта 2 статьи 388.1 Гражданского кодекса, а также разъяснений, содержащихся в абзаце втором пункта 9 постановления Пленума ВС РФ № 1, заявителем по требованию о возмещении судебных издержек может выступать как цедент (правопредшественник), так и цессионарий (правопреемник).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требование Общества о взыскании судебных расходов было подано одновременно с заявлением об осуществлении процессуального правопреемства в части указанного требования, единство воли цедента и цессионария на совершение уступки данного требования не опровергнуто (подтверждено представителями Иванова В.А. и Общества в судебном заседании Судебной коллегии), у суда округа не было законных оснований для отмены постановления апелляционного суда и отказа в удовлетворении заявления Общества со ссылкой на невозможность уступки непросуженного права (определение Верховного Суда Российской Федерации от 9 июня 2021 г. № 305-ЭС21-2246).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Принимая во внимание изложенное, Судебная коллегия считает, что постановление окружного суда от 18 сентября 2024 г. следует отменить как принятое с существенными нарушениями норм материального и процессуального права, а постановление апелляционного суда от 27 марта 2024 г. - оставить в силе.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167, 176, 291.11 - 291.15 Арбитражного процессуального кодекса Российской Федерации, Судебная коллегия по экономическим спорам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 Арбитражного суда Центрального округа от 18 сентября 2024 г. по делу № А09-4675/2021 отменить.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Оставить в силе постановление Двадцатого арбитражного апелляционного суда от 27 марта 2024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Председательствующий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И.Л.ГРАЧЕВА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Р.А.ХАТЫПОВА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Н.С.ЧУЧУНОВА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 оставлено без изменения, поскольку предприниматель (цедент) понес расходы на оплату услуг представителя в момент передачи права требования по договору цессии в счет погашения долга перед обществом (цессионарием) за оказанные юридические услуги, при этом согласованный сторонами порядок оплаты юридических услуг и стоимости принятого права требования путем зачета не противоречит публичному порядку РФ и является допустимой формой взаиморасчетов. Размер расходов определен с учетом сложности и продолжительности рассмотрения дела.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Российской Федерации от 08.04.2025 № 310-ЭС22-25261 по делу № А09-4675/2021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Российской Федерации от 08.04.2025 № 310-ЭС22-25261 по делу № А09-4675/2021</dc:title>
  <dc:subject/>
  <dc:creator>CasusLegal</dc:creator>
  <cp:keywords/>
  <dc:description/>
  <cp:lastModifiedBy>CasusLegal</cp:lastModifiedBy>
  <cp:revision>1</cp:revision>
  <dcterms:created xsi:type="dcterms:W3CDTF">2026-08-16T11:32:46Z</dcterms:created>
  <dcterms:modified xsi:type="dcterms:W3CDTF">2026-08-16T11:32:46Z</dcterms:modified>
  <cp:category/>
</cp:coreProperties>
</file>