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Российской Федерации от 02.06.2025 № 304-ЭС24-24421 по делу № А70-3821/2023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02.06.2025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304-ЭС24-24421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291.14 АПК РФ, ст. 330 ГК РФ, ст. 333 ГК РФ, ст. 395 ГК РФ, ст. 807 ГК РФ, ст. 809 ГК РФ, ст. 810 ГК РФ, ст. 811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Договор займа, Проценты за пользование займом, Проценты за пользование чужими денежными средствами, Статья 395 ГК РФ, Статья 809 ГК РФ, Статья 811 ГК РФ, Обязательственное право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Заимодавец ссылался на невозвращение ему предоставленных займов в установленный срок.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№ А70-3821/2023 Резолютивная часть определения объявлена 20 мая 2025 г. Полный текст определения изготовлен 2 июня 2025 г. Судебная коллегия по экономическим спорам Верховного Суда Российской Федерации в составе: председательствующего судьи Попова В.В., судей Борисовой Е.Е., Хатыповой Р.А., при ведении протокола судебного заседания секретарем Кунаковым В.В., при участии представителей общества с ограниченной ответственностью "Престиж-Инвест" (далее - общество) - Майорова А.Э. (доверенность от 22 марта 2023 г.), индивидуального предпринимателя Вещева Павла Александровича (далее - предприниматель) - Пуртовой Н.А. (доверенность от 17 декабря 2024 г.), рассмотрела в открытом судебном заседании с использованием системы веб-конференции кассационную жалобу общества на решение Арбитражного суда Тюменской области от 19 февраля 2024 г., постановление Восьмого арбитражного апелляционного суда от 21 мая 2024 г. и постановление Арбитражного суда Западно-Сибирского округа от 31 октября 2024 г. по делу № А70-3821/2023. Заслушав доклад судьи Верховного Суда Российской Федерации Попова В.В., выслушав объяснения участвующих в деле лиц, Судебная коллегия по экономическим спорам Верховного Суда Российской Федерации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предприниматель обратился с иском к обществу о взыскании задолженности по договору займа от 25 сентября 2018 г. № 1/18 в размере 3 680 438, 36 руб., в том числе 1 600 000 руб. - основной долг, 2 080 438, 36 руб. - проценты за пользование займом с 3 октября 2018 г. по 6 июня 2023 г., проценты за пользование займом, начиная с 7 февраля 2023 г. по дату фактического исполнения обязательства по возврату основного долга исходя из ставки 28% годовых; задолженности по договору займа от 25 января 2020 г. № 1/20 в размере 580 098, 09 руб., в том числе 300 000 руб. - основной долг, 280 098, 09 руб. - проценты за пользование займом с 4 февраля 2020 г. по 6 июня 2023 г., проценты за пользование займом, начиная с 7 февраля 2023 г. по дату фактического исполнения обязательства по возврату основного долга исходя из ставки 28% годовых; задолженности по договору займа от 29 марта 2021 г. № 1/21 в размере 1 080 150, 15 руб., в том числе 670 000 руб. - основной долг, 410 150, 15 руб. - проценты за пользование займом с 29 марта 2021 г. по 6 июня 2023 г., проценты за пользование займом, начиная с 7 февраля 2023 г. по дату фактического исполнения обязательства по возврату основного долга исходя из ставки 28% годовых; задолженности по договору займа от 25 марта 2022 г. № 1/22 в размере 991 567, 11 руб., в том числе 750 000 руб. - основной долг, 241 567, 11 руб. - проценты за пользование займом с 29 марта 2022 г. по 6 июня 2023 г., проценты за пользование займом, начиная с 7 февраля 2023 г. по дату фактического исполнения обязательства по возврату основного долга исходя из ставки 28% годовых, а также процентов за пользование чужими денежными средствами за период с 1 января 2023 г. по 6 июня 2023 г. в размере 191 462, 96 руб., процентов за пользование чужими денежными средствами, начисленных на задолженность в размере 6 332 253, 71 руб., начиная с 7 июня 2023 г. по дату фактической оплаты в размере ключевой ставки Банка России, действовавшей в соответствующие периоды от не выплаченной в срок суммы за каждый день просрочки (уточненные требования).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 участию в деле в качестве третьих лиц, не заявляющих самостоятельных требований относительно предмета спора, привлечены Малахов Николай Владимирович, Прохоров Роман Викторович.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Арбитражного суда Тюменской области от 19 февраля 2024 г., оставленным без изменения постановлением Восьмого арбитражного апелляционного суда от 21 мая 2024 г. и постановлением Арбитражного суда Западно-Сибирского округа от 31 октября 2024 г., иск удовлетворен.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Не согласившись с принятыми по делу судебными актами, общество обратилось в Верховный Суд Российской Федерации с кассационной жалобой, ссылаясь на существенные нарушения норм права.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судьи Верховного Суда Российской Федерации Попова В.В. от 11 апреля 2025 г. кассационная жалоба общества вместе с делом передана для рассмотрения в судебном заседании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отзыве на жалобу предприниматель указал на отсутствие оснований для отмены или изменения обжалуемых судебных актов.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судебном заседании представитель общества поддержал доводы жалобы, а представитель предпринимателя возражал против ее удовлетворения.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Иные участвующие в деле лица, надлежащим образом извещенные о времени и месте рассмотрения кассационной жалобы, явку своих представителей в судебное заседание не обеспечили, что в силу части 2 статьи 291.10 Арбитражного процессуального кодекса Российской Федерации (далее - АПК РФ) не препятствует ее рассмотрению.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доводы кассационной жалобы и возражений на нее, Судебная коллегия пришла к выводу о наличии оснований для отмены принятых по делу судебных актов в части взыскания процентов за пользование займом и расходов по уплате государственной пошлины.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установлено судами и следует из материалов дела, предприниматель (заимодавец) и общество (заемщик) заключили договоры процентных займов от 25 сентября 2018 г. № 1/18, от 25 января 2020 г. № 1/20, от 29 марта 2021 г. № 1/21, от 25 марта 2022 г. № 1/22 (далее - договоры).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1.3 договоров за пользование займом подлежат уплате проценты в размере 18% годовых от суммы непогашенного займа.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Пунктом 3.1 договоров стороны предусмотрели, что в случае, если заемщик полностью или частично не возвратит сумму займа в срок, на сумму невозвращенного займа подлежат уплате проценты за пользование заемными денежными средствами в размере 28% годовых. Указанные проценты начисляются со дня фактического предоставления займа до дня фактического возврата займа заимодавцу и уплачиваются в день возврата займа, при этом положения пункта 1.3 договора сторонами не применяются.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Предприниматель перечислил обществу предусмотренные договором денежные средства.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Заимодавец в претензиях потребовал возвратить заем и начисленные проценты.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Впоследствии стороны подписали акты сверок взаимных расчетов от 31 декабря 2022 г. по договорам займа, согласно которым задолженность по основному долгу и процентам по состоянию на 31 декабря 2022 г. составила: по договору от 25 сентября 2018 г. № 1/18 - 2 814 334, 25 руб., по договору от 25 января 2020 г. № 1/20 - 456 983, 61 руб., по договору от 29 марта 2021 г. № 1/21 - 882 123, 84 руб., по договору от 25 марта 2022 г. № 1/22 - 847 594, 52 руб.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денежные средства не возвращены, предприниматель обратился в арбитражный суд с настоящим иском.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Удовлетворяя иск, суды руководствовались статьями 309, 310, 395, 421, 422, 425, 807 - 809 Гражданского кодекса Российской Федерации (далее - ГК РФ), разъяснениями, изложенными в постановлениях Пленума Верховного Суда Российской Федерации и Пленума Высшего Арбитражного Суда Российской Федерации от 8 октября 1998 г. № 13/14 "О практике применения положений Гражданского кодекса Российской Федерации о процентах за пользование чужими денежными средствами" (далее - Постановление № 13/14), Пленума Верховного Суда Российской Федерации от 24 марта 2016 г. № 7 "О применении судами некоторых положений Гражданского кодекса Российской Федерации об ответственности за нарушение обязательств", и исходили из подтверждения факта перечисления денежных средств предпринимателем обществу, которое не исполнило своих обязательств по возврату полученных заемных средств.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признали расчет процентов за пользование заемными денежными средствами соответствующим условиям договоров.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Также суды указали, что взыскание процентов за пользование займом не исключает возможность начисления и предъявления к взысканию процентов за нарушение денежного обязательства.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Оснований для применения положений статьи 333 ГК РФ к процентам за пользование займом суды не усмотрели.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соглашается с выводами судов о взыскании задолженности по договорам займа ввиду следующего.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следует из статей 309, 310 ГК РФ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или иными обычно предъявляемыми требованиями. Односторонний отказ от исполнения обязательства и одностороннее изменение его условий не допускаются, за исключением случаев, предусмотренных ГК РФ, другими законами или иными правовыми актами.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1 статьи 807 ГК РФ по договору займа одна сторона (заимодавец) передает или обязуется передать в собственность другой стороне (заемщику) деньги, вещи, определенные родовыми признаками, или ценные бумаги, а заемщик обязуется возвратить заимодавцу такую же сумму денег (сумму займа) или равное количество полученных им вещей того же рода и качества либо таких же ценных бумаг.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Заемщик обязан возвратить заимодавцу полученную сумму займа в срок и в порядке, которые предусмотрены договором займа. В случаях, когда срок возврата договором не установлен или определен моментом востребования, сумма займа должна быть возвращена заемщиком в течение тридцати дней со дня предъявления заимодавцем требования об этом, если иное не предусмотрено договором (пункт 1 статьи 810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Факты перечисления истцом денежных средств ответчику, реальности совершения сделок и наличия задолженности, обусловленной не возвратом заемных средств обществом, признаны судами документально подтвержденными.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Ссылки на аффилированность сторон сделки отклонены судебными инстанциями, поскольку подобное обстоятельство само по себе не свидетельствует ни о корпоративном характере требования, ни о наличии у сделки признаков недействительности.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отсутствие безусловных документальных свидетельств порочности договоров займа, суды обоснованно взыскали с ответчика задолженность в установленном размере.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тем, делая вывод о правомерности требования о взыскании процентов за пользование займом и процентов за пользование чужими денежными средствами, суды не учли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1 статьи 809 ГК РФ, если иное не предусмотрено законом или договором займа, заимодавец имеет право на получение с заемщика процентов за пользование займом в размерах и в порядке, определенных договором. При отсутствии в договоре условия о размере процентов за пользование займом их размер определяется ключевой ставкой Банка России, действовавшей в соответствующие периоды.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Если иное не предусмотрено законом или договором займа, в случаях, когда заемщик не возвращает в срок сумму займа, на эту сумму подлежат уплате проценты в размере, предусмотренном пунктом 1 статьи 395 ГК РФ, со дня, когда она должна была быть возвращена, до дня ее возврата заимодавцу независимо от уплаты процентов, предусмотренных пунктом 1 статьи 809 ГК РФ (пункт 1 статьи 811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следует из пунктов 1 и 4 статьи 395 ГК РФ, в случаях неправомерного удержания денежных средств, уклонения от их возврата, иной просрочки в их уплате подлежат уплате проценты на сумму долга.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случае, когда соглашением сторон предусмотрена неустойка за неисполнение или ненадлежащее исполнение денежного обязательства, предусмотренные настоящей статьей проценты не подлежат взысканию, если иное не предусмотрено законом или договором.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Неустойкой (штрафом, пеней) признается определенная законом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 в случае просрочки исполнения. По требованию об уплате неустойки кредитор не обязан доказывать причинение ему убытков (пункт 1 статьи 330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 условий пункта 3.1 договоров следует, что стороны предусмотрели увеличение размера процентов за пользование заемными средствами на случай просрочки возврата займа с 18% годовых до 28% годовых. При этом указанные проценты начисляются со дня фактического предоставления займа.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со статьей 431 ГК РФ при толковании условий договора судом принимается во внимание буквальное значение содержащихся в нем слов и выражений. Буквальное значение условия договора в случае его неясности устанавливается путем сопоставления с другими условиями и смыслом договора в целом.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Исходя из буквального содержания пункта 3.1 договоров следует, что увеличение размера процентов за пользование займом связано непосредственно с нарушением договорного обязательства о сроке возврата заемных средств.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разъяснениям, содержащимся в абзаце 3 пункта 15 Постановления № 13/14, в тех случаях, когда в договоре займа либо в кредитном договоре установлено увеличение размера процентов в связи с просрочкой уплаты долга, размер ставки, на которую увеличена плата за пользование займом, следует считать иным размером процентов, установленных договором в соответствии с пунктом 1 статьи 395 ГК РФ.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пункте 13 Обзора судебной практики разрешения споров, связанных с применением положений Гражданского кодекса Российской Федерации о кредитном договоре, утвержденного Президиумом Высшего Арбитражного Суда Российской Федерации 13 сентября 2011 г. № 147, приведена правовая позиция, согласно которой, в связи с тем, что повышение процентов за пользование кредитом в случае нарушения заемщиком обязательства по возврату кредита представляет собой меру ответственности должника за нарушение обязательства, суд с учетом обстоятельств дела вправе на основании мотивированного заявления ответчика снизить размер названных процентов в соответствии со статьей 333 ГК РФ.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смыслу приведенных разъяснений и применительно к условиям договоров, повышенные проценты в части, на которую увеличивается плата за пользование займом, являются мерой гражданско-правовой ответственности, что влечет за собой соответствующие правовые последствия.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Взыскивая в полном объеме проценты за пользование займом, с начислением на них процентов в порядке статьи 395 ГК РФ, суды не учли вышеуказанные положения законодательства, разъяснения высших судебных инстанций и неверно истолковали условия договоров о повышенных процентах.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правильное определение правовой природы повышенных процентов в настоящем споре является ключевым обстоятельством как для рассмотрения заявления о применении статьи 333 ГК РФ, так и для возможности начисления процентов за пользование чужими денежными средствами на сумму повышенных процентов (с учетом положений пункта 4 статьи 395 ГК РФ и принципа недопустимости двойной меры ответственности за одно нарушение обязательства).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допущенные судами нарушения норм материального права повлияли на исход дела и без их устранения невозможны восстановление и защита нарушенных прав и законных интересов, судебные акты судов трех инстанций в части взыскания процентов за пользование займом и распределения судебных расходов подлежат отмене на основании части 1 статьи 291.14 АПК РФ, а дело в отмененной части - направлению на новое рассмотрение в арбитражный суд первой инстанции. В остальной части судебные акты подлежат оставлению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новом рассмотрении суду надлежит учесть изложенное, определить правовую природу установленных договорами повышенных процентов и принять законное и обоснованное решение, правильно применив нормы материального и процессуального права.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176, 291.11 - 291.15 Арбитражного процессуального кодекса Российской Федерации, Судебная коллегия по экономическим спорам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 Арбитражного суда Тюменской области от 19 февраля 2024 г., постановление Восьмого арбитражного апелляционного суда от 21 мая 2024 г. и постановление Арбитражного суда Западно-Сибирского округа от 31 октября 2024 г. по делу № А70-3821/2023 отменить в части взыскания процентов за пользование займом и расходов по уплате государственной пошлины.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в указанной части направить на новое рассмотрение в Арбитражный суд Тюменской области.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остальной части решение Арбитражного суда Тюменской области от 19 февраля 2024 г., постановление Восьмого арбитражного апелляционного суда от 21 мая 2024 г. и постановление Арбитражного суда Западно-Сибирского округа от 31 октября 2024 г. по делу № А70-3821/2023 оставить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Председательствующий 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В.В.ПОПОВ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Е.Е.БОРИСОВА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Р.А.ХАТЫПОВА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в части взыскания процентов за пользование займом направлено на новое рассмотрение, так как, взыскивая в полном объеме проценты за пользование займом, с начислением на них процентов в порядке ст. 395 ГК РФ, суды не учли положения действующего законодательства, разъяснения высших судебных инстанций и неверно истолковали условия договоров о повышенных процентах.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Российской Федерации от 02.06.2025 № 304-ЭС24-24421 по делу № А70-3821/2023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Российской Федерации от 02.06.2025 № 304-ЭС24-24421 по делу № А70-3821/2023</dc:title>
  <dc:subject/>
  <dc:creator>CasusLegal</dc:creator>
  <cp:keywords/>
  <dc:description/>
  <cp:lastModifiedBy>CasusLegal</cp:lastModifiedBy>
  <cp:revision>1</cp:revision>
  <dcterms:created xsi:type="dcterms:W3CDTF">2026-08-16T11:31:33Z</dcterms:created>
  <dcterms:modified xsi:type="dcterms:W3CDTF">2026-08-16T11:31:33Z</dcterms:modified>
  <cp:category/>
</cp:coreProperties>
</file>