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18.11.2025 № 305-ЭС24-23460 по делу № А40-8730/2024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18.11.2025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305-ЭС24-23460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115 УПК РФ, ст. 118 Конституции РФ, ст. 126 Конституции РФ, ст. 133 ФЗ, ст. 223 АПК РФ, ст. 27 ФЗ, ст. 9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банковского счета, Несостоятельность (банкротство), Конкурсный управляющий, Арест имущества, Статья 115 УПК РФ, Федеральный закон № 127-ФЗ, Федеральный закон № 395-1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Конкурсным управляющим в банк было направлено требование о закрытии расчетных счетов должника и переводе остатков денежных средств на основной счет, используемый для проведения расчетов в процедуре банкротства, однако от банка поступил ответ об отсутствии права и возможности закрыть счет в связи с наличием постановления о наложении ареста на денежные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А40-8730/2024 Резолютивная часть определения объявлена 10 ноября 2025 г. Полный текст определения изготовлен 18 ноября 2025 г. Судебная коллегия по экономическим спорам Верховного Суда Российской Федерации в составе: председательствующего судьи Шилохвоста О.Ю., судей Зарубиной Е.Н., Ксенофонтовой Н.А., - рассмотрела в открытом судебном заседании кассационную жалобу общества с ограниченной ответственностью "Мир дорог" в лице конкурсного управляющего Благонравова Д.К. на решение Арбитражного суда города Москвы от 19 марта 2024 г. по делу № А40-8730/2024, постановление Девятого арбитражного апелляционного суда от 15 мая 2024 г. и постановление Арбитражного суда Московского округа от 7 октября 2024 г. В заседании принял участие представитель конкурсного управляющего общества с ограниченной ответственностью "Мир дорог" Благонравова Д.К. - Зарубина К.В. (по доверенности от 27 октября 2025 г.). Заслушав и обсудив доклад судьи Верховного Суда Российской Федерации Шилохвоста О.Ю., а также объяснения представителя истца,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с ограниченной ответственностью "Мир дорог" (далее - общество "Мир дорог", должник) в лице конкурсного управляющего Благонравова Д.К. (далее - конкурсный управляющий) обратилось в арбитражный с иском к обществу с ограниченной ответственностью "Первый Клиентский банк" (далее - банк) о признании незаконным отказа в закрытии расчетного счета № 40702810100000001439 и в перечислении остатка денежных средств, имеющихся на этом счете, на основной счет общества "Мир дорог" для проведения расчетов в процедуре банкротства, об обязании закрыть расчетный счет № 40702810100000001439, перечислить остаток денежных средств, имеющихся на нем (с учетом уточнения в порядке статьи 49 Арбитражного процессуального кодекса, далее - АПК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города Москвы от 19 марта 2024 г., оставленным без изменения постановлением Девятого арбитражного апелляционного суда от 15 мая 2024 г. и постановлением Арбитражного суда Московского округа от 7 октября 2024 г.,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Конкурсный управляющий 9 декабря 2024 г. обратился в Верховный Суд Российской Федерации с кассационной жалобой, в которой просит решение от 19 марта 2024 г., постановление от 15 мая 2024 г. и постановление от 7 октября 2024 г. отменить, ссылаясь на существенные нарушения судами норм материального права, повлиявшие на исход дела, и принять новый судебный акт об удовлетворении иска.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конкурсный управляющий, ссылаясь на пункт 9 части 2 статьи 29, статью 115 Уголовно-процессуального кодекса Российской Федерации (далее - УПК РФ), часть 1 статьи 27 Федерального закона от 2 декабря 1990 г. № 395-1 "О банках и банковской деятельности", настаивает на том, что арест на денежные средства в банке может быть наложен только судом, тогда как в отношении спорного счета должника арест не был санкционирован судом, ввиду чего отказ в иске позволяет банку удерживать денежные средства должника в течение неограниченного времени. Кроме того, конкурсный управляющий считает, что Черемушкинский районный суд, в производстве которого находится соответствующее уголовное дело, не может отменить арест, который судом не накладывался.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28 февраля 2025 г. кассационная жалоба конкурсного управляющего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Представитель конкурсного управляющего в судебном заседании подтвердил доводы кассационной жалобы и просил обжалуемые судебные акты отменить и принять новый судебный акт об удовлетворении иска.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в отзыве на кассационную жалобу возражал против доводов кассационной жалобы, обжалуемые судебные акты просил оставить без изменения как законные и обоснованные.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Банк, надлежащим образом извещенный о времени и месте рассмотрения кассационной жалобы, явку своего представителя в судебное заседание не обеспечил, что в силу части 2 статьи 291.10 Арбитражного процессуального кодекса Российской Федерации не препятствует рассмотрению кассационной жалобы конкурсного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 и в выступлении представителя конкурсного управляющего, Судебная коллегия по экономическим спорам Верховного Суда Российской Федерации считает, что решение от 19 марта 2024 г., постановление от 15 мая 2024 г. и постановление от 7 октября 2024 г. подлежат оставлению без изменения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усматривается из материалов дела, 15 июня 2021 г. между банком и обществом "Мир дорог" (клиент) заключен договор банковского счета № 1439, согласно которому банк обязался в день заключения договора открыть клиенту банковский счет в валюте "российский рубль" и осуществлять расчетное и кассовое обслуживание клиента в соответствии с действующим законодательством. Согласно пункту 3.3.1 договора списание денежных средств со счета производится банком по распоряжению клиента при отсутствии ограничений, установленных законодательством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уголовного дела, возбужденного 30 июня 2022 г. в отношении неустановленных лиц по признакам преступления, предусмотренного частью 4 статьи 159 Уголовного кодекса Российской Федерации, в целях возможной конфискации или других возможных имущественных взысканий, в том числе для обеспечения приговора в части гражданского иска, направленного на возмещение материального ущерба ООО МКК "Тендер Лига", признанному потерпевшим по уголовному делу, следователем 4 отдела следственной части по расследованию организованной преступной деятельности Следственного управления УВД по САО ГУ МВД России по г. Москве Майбородой М.Ю. вынесено постановление от 21 сентября 2022 г. о наложении ареста в случаях, не терпящих отлагательств на денежные средства, находящиеся на расчетном счете № 40702810100000001439, открытом в банке, оформленные на общество "Мир дорог", запретив собственнику или владельцу распоряжаться денежными средствами, находящимися на этом счете, совершать сделки, предметом которого является их отчуждение.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Головинского районного суда г. Москвы от 6 марта 2023 г. в удовлетворении ходатайства следователя 4 отдела следственной части по расследованию организованной преступной деятельности Следственного управления УВД по САО ГУ МВД России по г. Москве Ушаневой К.И. о наложении ареста на расчетный счет № 40702810100000001439 отказано в связи с тем, что на этом расчетном счете уже имеется арест судебных приставов.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Московской области от 28 апреля 2023 г. по делу № А41-16195/22 общество "Мир дорог" признано несостоятельным, открыта процедура конкурсного производства. Определением от 26 октября 2023 г. конкурсным управляющим должника утвержден Благонравов Дмитрий Константинович.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Конкурсный управляющий, получив в налоговом органе сведения об открытом должнику в банке расчетном счете № 40702810100000001439, а в банке - сведения об остатке денежных средств на указанном счете в сумме 559 802 руб. 33 коп., направил 13 декабря 2023 г. в банк требование о закрытии расчетного счета должника и о переводе остатка денежных средств на основной счет, используемый для проведения расчетов в процедуре банкротства.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ответе от 22 декабря 2023 г. банк сообщил об отсутствии у него права закрыть расчетный счет должника и перечислить остаток денежных средств на счет, указанный конкурсным управляющим, в связи с наличием постановления следователя от 21 сентября 2022 г. о наложении ареста на этот расчетный счет.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согласившись с ответом банка и считая его бездействие незаконным, конкурсный управляющий обратился в арбитражный суд с настоящим иском.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иске, суды руководствовались статьями 8, 401, 845, 858 Гражданского кодекса Российской Федерации, статьями 29, 111, 115, 115.1, 165 УПК РФ, и, исследовав и оценив представленные в материалы дела доказательства по правилам статьи 71 Арбитражного процессуального кодекса Российской Федерации, исходили из того, что вопрос о снятии ареста, наложенного на имущество в рамках уголовного судопроизводства, относится к компетенции лица или органа, в производстве которых находится соответствующее уголовное дело, тогда как у кредитной организации отсутствует право самостоятельно определять судьбу такого ареста. Суды также указали, что конкурсный управляющий не воспользовался правом заявления ходатайств о получении процессуальных решений органа следствия на этапе предварительного расследования, а также правом обжалования незаконных действий органа следствия по применению мер процессуального принуждения. В связи с этим суды признали избранный конкурсным управляющим способ защиты ненадлежащим.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Указанные выводы Судебная коллегия признает правильными в силу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133 Федерального закона от 26 октября 2002 г. № 127-ФЗ "О несостоятельности (банкротстве)" (далее - Закон о банкротстве) в ходе конкурсного производства конкурсный управляющий обязан использовать только один счет должника в банке или иной кредитной организации (основной счет должника), а другие известные на момент открытия конкурсного производства, а также обнаруженные в ходе конкурсного производства счета должника в кредитных организациях подлежат закрытию конкурсным управляющим по мере их обнаружения, если иное не предусмотрено Законом о банкротстве. При этом остатки денежных средств должника с указанных счетов должны быть перечислены на основной счет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абзаца девятого части 1 статьи 126 Закона о банкротстве с даты принятия арбитражным судом решения о признании должника банкротом и об открытии конкурсного производства,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время, в силу положений частей 1 - 3 статьи 115 УПК РФ для обеспечения исполнения приговора в части гражданского иска, взыскания штрафа, других имущественных взысканий или возможной конфискации имущества суд может наложить арест на имущество подозреваемого, обвиняемого или лиц, несущих по закону материальную ответственность за их действия, а также на имущество, находящееся у других лиц, если есть достаточные основания полагать, что оно получено в результате преступных действий подозреваемого, обвиняемого либо использовалось или предназначалось для использования в качестве орудия, оборудования или иного средства совершения преступления либо для финансирования терроризма, экстремистской деятельности (экстремизма), организованной группы, незаконного вооруженного формирования, преступного сообщества (преступной организации), деятельности, направленной против безопасности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Наложение ареста на имущество состоит в запрете, адресованном собственнику или владельцу имущества, распоряжаться и в необходимых случаях пользоваться им, а также в изъятии имущества и передаче его на хранение. При этом согласно части 9 статьи 115 УПК РФ арест, наложенный на имущество, либо отдельные ограничения, которым подвергнуто арестованное имущество, отменяются на основании постановления, определения лица или органа, в производстве которого находится уголовное дело, когда в применении данной меры процессуального принуждения либо отдельных ограничений, которым подвергнуто арестованное имущество, отпадает необходимость, а также в случае истечения установленного судом срока ареста, наложенного на имущество, или отказа в его продлении в порядке, установленном частью 3 статьи 115 и статьей 115.1 УПК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суждения конкурсного управляющего о наличии противоречий между нормами части 1 статьи 126 и части 1 статьи 133 Закона о банкротстве, - с одной стороны, и нормой части 9 статьи 115 УПК РФ - с другой стороны, основано на совпадении предмета имущественных интересов, обеспечиваемых в порядке арбитражного (гражданского) судопроизводства в первом случае и в порядке уголовного судопроизводства - во втором. Между тем, в силу части 2 статьи 118 Конституции Российской Федерации судебная власть осуществляется посредством конституционного, гражданского, арбитражного, административного и уголовного судопроизводства, а разрешение гражданских дел, экономических споров, уголовных, административных и иных дел, подсудным судам общей юрисдикции и арбитражным судам, осуществляется посредством гражданского, арбитражного, административного и уголовного судопроизводства (статья 126 Конституции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учитывая, что согласно статье 223 АПК РФ, статье 32 Закона о банкротстве дела о несостоятельности (банкротстве) рассматриваются арбитражным судом по правилам, предусмотренным АПК РФ, с особенностями, установленными Законом о банкротстве, а уголовные дела согласно статьям 1, 30 УПК РФ - судами общей юрисдикции по правилам, предусмотренным УПК РФ, установленное в части 1 статьи 126 Закона о банкротстве правомочие арбитражного суда по снятию с даты принятия решения о признании должника банкротом и об открытии конкурсного производства всех ранее наложенных арестов на имущество должника и иных ограничений распоряжения имуществом должника не распространяется на снятие ареста, наложенного в соответствии с частями 1 - 3 статьи 115 УПК РФ. Согласно действующему законодательству такой арест снимается в порядке, установленном частью 9 статьи 115 УПК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Указанное, кроме того, означает, что действующий в интересах должника и конкурсных кредиторов конкурсный управляющий с момента признания должника банкротом и введения конкурсного производства не лишен возможности обжалования действий лица или органа, уполномоченных отменить наложение ареста в порядке, установленном статьями 123 - 125 УПК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признает ошибочным отказ конкурсного управляющего от обращения в суд общей юрисдикции по вопросу о целесообразности сохранения ареста. Учитывая, что согласно части 9 статьи 115 УПК РФ аресты, наложенные в рамках уголовного дела, отменяются на основании постановления, определения лица или органа, в производстве которого находится уголовное дело, именно соответствующий суд правомочен разрешить вопросы, связанные с действием ареста и наличием оснований для его снятия или сохранения. Учитывая, что согласно части 2 статьи 9 АПК РФ лица, участвующие в деле, несут риск наступления последствий совершения или несовершения ими процессуальных действий, выбор заявителем ненадлежащего способа защиты права не является основанием для отмены настоящих судебных актов в кассационном порядке.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и руководствуясь статьями 184, 291.13 - 291.15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города Москвы от 19 марта 2024 г. по делу № А40-8730/2024, постановление Девятого арбитражного апелляционного суда от 15 мая 2024 г. и постановление Арбитражного суда Московского округа от 7 октября 2024 г. оставить без изменения, кассационную жалобу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вступает в законную силу с момента его вынесения и может быть обжаловано в Верховный Суд Российской Федерации в порядке надзора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О.Ю.ШИЛОХВОСТ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Е.Н.ЗАРУБИНА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Н.А.КСЕНОФОНТОВА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поскольку банк не вправе самостоятельно определять судьбу ареста, наложенного на имущество в рамках уголовного дела.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18.11.2025 № 305-ЭС24-23460 по делу № А40-8730/2024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18.11.2025 № 305-ЭС24-23460 по делу № А40-8730/2024</dc:title>
  <dc:subject/>
  <dc:creator>CasusLegal</dc:creator>
  <cp:keywords/>
  <dc:description/>
  <cp:lastModifiedBy>CasusLegal</cp:lastModifiedBy>
  <cp:revision>1</cp:revision>
  <dcterms:created xsi:type="dcterms:W3CDTF">2026-08-16T11:29:06Z</dcterms:created>
  <dcterms:modified xsi:type="dcterms:W3CDTF">2026-08-16T11:29:06Z</dcterms:modified>
  <cp:category/>
</cp:coreProperties>
</file>