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16.12.2025 № 307-ЭС25-1169 по делу № А13-1820/2024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16.12.2025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307-ЭС25-1169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307 ГК РФ, ст. 368 ГК РФ, ст. 370 ГК РФ, ст. 431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Федеральный закон № 44-ФЗ, Статья 368 ГК РФ, Статья 374 ГК РФ, Статья 375 ГК РФ, Постановление Правительства РФ № 1005, Обеспечение исполнения контракта, Государственные и муниципальные закупки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Бенефициар ссылается на то, что гарантом было отказано в выплате по гарантии со ссылкой на отсутствие отметки органа казначейства об исполнении платежных поручений и истечение срока действия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А13-1820/2024 Резолютивная часть определения объявлена 9 декабря 2025 г. Полный текст определения изготовлен 16 декабря 2025 г. Судебная коллегия по экономическим спорам Верховного Суда Российской Федерации в составе: председательствующего судьи Якимова А.А., судей Антоновой М.К., Завьяловой Т.В. рассмотрела в открытом судебном заседании кассационную жалобу администрации Тарногского муниципального округа Вологодской области на решение Арбитражного суда Вологодской области от 1 июля 2024 г., постановление Четырнадцатого арбитражного апелляционного суда от 16 сентября 2024 г. и постановление Арбитражного суда Северо-Западного округа от 22 января 2025 г. по делу № А13-1820/2024 по иску администрации Тарногского муниципального округа Вологодской области к акционерному обществу "Севергазбанк" о взыскании 1 660 824 руб. задолженности по банковской гарантии при участии в деле в качестве третьего лица, не заявляющего самостоятельных требований относительно предмета спора, общества с ограниченной ответственностью "Таргет". В судебном заседании приняли участие представители: от администрации Тарногского муниципального округа Вологодской области - не явился; от акционерного общества "Севергазбанк" - Чумаевская Е.А. (по доверенности от 25 октября 2023 г. № 200); от общества с ограниченной ответственностью "Таргет" - не явился. Заслушав доклад судьи Верховного Суда Российской Федерации Якимова А.А., представителя акционерного общества "Севергазбанк", возразившего против доводов кассационной жалобы,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администрация Тарногского муниципального округа Вологодской области (далее - администрация, бенефициар, истец) обратилась с иском в Арбитражный суд Вологодской области к акционерному обществу "Севергазбанк" (далее - банк, гарант, ответчик) о взыскании 1 660 824 руб. задолженности по банковской гарантии от 28 декабря 2022 г. № 19/2016-28820ЭГ-22.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Вологодской области от 1 июля 2024 г., оставленным без изменения постановлением Четырнадцатого арбитражного апелляционного суда от 16 сентября 2024 г., в удовлетворении исковых требований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Арбитражного суда Северо-Западного округа от 22 января 2025 г. принятые по делу судебные акты отменены в части отказа во взыскании 262 824 руб. задолженности по банковской гарантии, принят новый судебный акт об удовлетворении требований в указанной части.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судебные акты, обжалованные в суд округа, оставлены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Администрация обратилась в Верховный Суд Российской Федерации с кассационной жалобой на состоявшиеся судебные акты, в которой просит решение суда первой инстанции и постановление суда апелляционной инстанции отменить полностью, постановление суда округа - частично, принять новый судебный акт о взыскании с банка в пользу администрации задолженности по банковской гарантии в размере выплаченного аванса 1 398 000 руб. в связи с существенным нарушением судами норм материального и процессуального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27 октября 2025 г.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ответчик просит в удовлетворении кассационной жалобы отказать, с судебным актом округа согласен.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Изучив материалы дела и доводы кассационной жалобы, выслушав представителя лица, участвующего в деле, проверив в соответствии с положениями статьи 291.14 Арбитражного процессуального кодекса Российской Федерации законность принятых судебных актов, Судебная коллегия по экономическим спорам Верховного Суда Российской Федерации полагает, что кассационная жалоба администрации подлежит удовлетворению, а судебные акты - отмене в части отказа в удовлетворении требования о взыскании задолженности по банковской гарантии в размере выплаченного аванса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судебных актов и материалов истребованного дела, 30 декабря 2022 г. между администрацией (заказчик) и обществом с ограниченной ответственностью "Таргет" (далее - поставщик, принципал) заключен муниципальный контракт № 0130300030322000023 на приобретение жилого помещения для переселения граждан из ветхого и аварийного жилья (далее - контракт), по условиям которого поставщик обязался передать заказчику в собственность благоустроенную квартиру площадью 46,6 кв. м, расположенную по адресу: Вологодская область, Тарногский район, село Тарногский Городок, улица Гагарина, земельный участок с кадастровым номером 35:08:0101003:1073.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обеспечение надлежащего исполнения поставщиком обязательств по контракту банком 28 декабря 2022 г. выдана банковская гарантия № 19/2016-28820ЭГ-22 (далее - гарантия), по условиям которой гарант обязался уплатить бенефициару по его письменному требованию сумму, не превышающую 1 668 280 руб. в случае ненадлежащего выполнения и/или невыполнения принципалом обязательств, в обеспечение которых выдана настоящая гарантия.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Гарантия обеспечивала исполнение принципалом всех его обязательств, предусмотренных контрактом, включающих в том числе обязательства по уплате неустоек (штрафов, пеней).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условиям банковской гарантии в случае направления требования бенефициар обязан был одновременно с таким требованием направить гаранту (пункт 7):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а) расчет суммы, включаемой в требование по гарантии;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б) платежное поручение, подтверждающее перечисление бенефициаром аванса принципалу, с отметкой банка бенефициара либо органа Федерального казначейства об исполнении (если выплата аванса предусмотрена контрактом, а требование по гарантии предъявлено в случае ненадлежащего исполнения принципалом обязательств по возврату аванса);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в) документ, подтверждающий факт наступления гарантийного случая в соответствии с условиями контракта (если требование по гарантии предъявлено в случае ненадлежащего исполнения принципалом обязательств в период действия гарантийного срока);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г) документ, подтверждающий полномочия лица, подписавшего требование по гарантии от имени бенефициара (доверенность) (в случае, если требование по гарантии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9 гарантии указано, что гарант обязан рассмотреть требование не позднее 5 рабочих дней со дня, следующего за днем получения указанного требования и документов, предусмотренных пунктом 7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Срок действия гарантии - с даты ее выдачи до 1 февраля 2024 г. включительно.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в установленный контрактом срок поставщик не выполнил принятые на себя обязательства, администрация 1 декабря 2023 г. приняла решение об одностороннем отказе от исполнения контракта, после чего обратилась 22 декабря 2023 г. к банку с требованием № 3738 об осуществлении выплаты денежной суммы по гарантии в размере 1 698 508 руб. 29 коп., в том числе 1 398 000 руб. аванса по контракту и 300 508 руб. 29 коп.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Письмом от 9 января 2024 г. № 2325 банк отказал администрации в осуществлении выплаты по гарантии, поскольку требование предъявлено на сумму, превышающую сумму банковской гарантии, а также приложенные к требованию скан-копии платежных поручений от 21 марта 2023 г. № 441, № 442 не подписаны усиленной квалифицированной подписью лица, имеющего право действовать от имени бенефициара.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19 января 2024 г. банк вновь получил требование о выплате по гарантии на сумму 1 668 280 руб., из них 1 398 000 руб. аванс по контракту и 287 677 руб. 33 коп.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Письмом от 26 января 2024 г. № 2415 банк вновь отказал в выплате по гарантии в связи с несоответствием документов, приложенных к гарантии, ее условиям, а именно: копии платежных поручений от 21 марта 2023 г. № 441, 442 не содержат отметки органа Федерального казначейства об исполнении; сведения о начисленных неустойках отсутствуют в ЕИС "Закупки". Аналогичное письмо направлено администрации в ответ на поступившее 29 января 2024 г. требование.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Администрация 8 февраля 2024 г. вновь направила банку требование об осуществлении выплаты по банковской гарантии на сумму 1 660 824 руб., в том числе 1 398 000 руб. аванса по контракту и 262 824 руб.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указанному требованию приложены не только копии платежных поручений от 21 марта 2023 г. № 441, № 442 с отметкой ГКУ ВО "Областное казначейство", но и копии этих же платежных поручений с отметкой банка о поступлении денежных средств на счет принципала.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вновь отказал в выплате по гарантии в связи с отсутствием отметки органа Федерального казначейства об исполнении, а также в связи с предъявлением требования по истечении срока действия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согласившись с отказами банка в выплате по банковской гарантии, администрация обратилась в суд.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иска, суды первой и апелляционной инстанций сослались на положения статей 368, 370, 374, 375, 376 Гражданского кодекса Российской Федерации (далее - ГК РФ), пункт 2 Перечня документов, представляемых заказчиком гаранту одновременно с требованием об осуществлении уплаты денежной суммы по независимой гарантии, утвержденного постановлением Правительства Российской Федерации от 8 ноября 2013 г. № 1005 (далее - Перечень), и исходили из того, что администрация, обращаясь к банку с требованиями в пределах срока действия гарантии, не представляла ему платежных поручений о перечислении аванса по контракту, отвечающих условиям гарантии, а платежные поручения с отметками о зачислении аванса были приложены только к требованию, предъявленному после окончания срока действия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 округа, проверив по доводам кассационной жалобы истца судебные акты первой и апелляционной инстанций, указал на то, что по условиям гарантии администрация не обязана была обосновывать наличие у нее требования к обществу об уплате пеней и штрафа, подтверждать предъявление обществу соответствующих претензий, в связи с чем направленное администрацией в пределах срока действия гарантии требование должно было быть удовлетворено банком в той части, в которой оно было предъявлено надлежащим образом - с приложением документов, по внешним признакам соответствующим условиям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Признав, что подпункты "б" и "в" пункта 7 гарантии к требованию об уплате денежных сумм в размере штрафа и пеней не применимы, суд в указанной части судебные акты первой и апелляционной инстанций отменил, удовлетворив требования администрации о взыскании задолженности по банковской гарантии на сумму 233 000 руб. штрафа и 29 824 руб. пеней, заявленных в исковых требованиях (с учетом достижения предельного размера обеспечения).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первой, апелляционной и кассационной инстанций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368 ГК РФ по независимой гарантии гарант принимает на себя по просьбе другого лица (принципала) обязательство уплатить указанному им третьему лицу (бенефициару)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отмечено в пункте 30 Обзора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утвержденного Президиумом Верховного Суда Российской Федерации 28 июня 2017 г., институт банковской гарантии направлен на обеспечение бенефициару возможности получить исполнение максимально быстро, не опасаясь возражений принципала-должника, в тех случаях, когда кредитор (бенефициар) полагает, что срок исполнения обязательства либо иные обстоятельства, на случай которых выдано обеспечение, наступили.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постановлении Президиума Высшего Арбитражного Суда Российской Федерации от 2 октября 2012 г. № 6040/12, пункте 11 Обзора судебной практики разрешения споров, связанных с применением законодательства о независимой гарантии, утвержденного Президиумом Верховного Суда Российской Федерации 5 июня 2019 г., изложен правовой подход, согласно которому независимость банковской гарантии от основного обязательства обеспечивается наличием специальных (и при этом исчерпывающих) оснований для отказа гаранта в удовлетворении требования бенефициара, которые не связаны с основным обязательством, а также отсутствием у гаранта права на отказ в выплате при предъявлении ему повторного требования даже в случае, когда ему стало известно, что основное обязательство полностью или в соответствующей части уже исполнено, прекратилось по иным основаниям либо недействительно - за исключением случаев, связанных с несоблюдением условий самой гарантии, предъявлении требования по окончании срока ее действия, либо при злоупотреблении бенефициаром своим правом на безусловное получение выплаты.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установленных судами по настоящему делу обстоятельств усматривается, что требование заказчика к гаранту о возмещении суммы неотработанного аванса в размере 1 398 000 руб. при неоднократном направлении запросов оставалось неизменным; им уточнялись лишь отметки на тех же самых платежных документах.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Первоначально требование было подано заказчиком заблаговременно - 22 декабря 2023 г., при сроке действия банковской гарантии до 1 февраля 2024 г. включительно.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банк, первоначально отказывая в выплате по банковской гарантии, не указал полный перечень недостатков, которые, по его мнению, содержатся в данном требовании и приложенных к нему документах.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Заказчик при каждом последующем направлении своего требования устранял указанные банком недостатки, однако последний отказывал в удовлетворении требования по новым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Подобное поведение банка привело к формальному выводу гаранта о пропуске бенефициаром срока предъявления требования по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сложившейся ситуации, с учетом приведенных правовых позиций Президиумов Высшего Арбитражного Суда Российской Федерации и Верховного Суда Российской Федерации, судам следовало признать, что неоднократно направленное истцом повторное требование о возмещении суммы неотработанного аванса в размере 1 398 000 руб. являлось исправлением замечаний гаранта по предъявленному в срок требованию, а не новым требованием, и у банка отсутствовало право на отказ в выплате по банковской гарантии в этом случае по мотиву окончания срока действия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43 постановления Пленума Верховного Суда Российской Федерации от 25 декабря 2018 г. № 49 "О некоторых вопросах применения общих положений Гражданского кодекса Российской Федерации о заключении и толковании договора" отражено, что при толковании условий договора в силу абзаца первого статьи 431 ГК РФ судом принимается во внимание буквальное значение содержащихся в нем слов и выражений (буквальное толкование). Такое значение определяется с учетом общепринятого употребления любым участником гражданского оборота, действующим разумно и добросовестно (пункт 5 статьи 10, пункт 3 статьи 307 ГК РФ), если иное значение не следует из деловой практики сторон и иных обстоятельств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при принятии обжалуемых судебных актов исходили из буквального (ограничительного) толкования условий пункта 7 банковской гарантии, согласно которому прилагаемое к требованию платежное поручение, подтверждающее перечисление бенефициаром аванса принципалу, должно содержать отметку банка бенефициара либо органа Федерального казначейства об исполнении.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Действительно, такие условия банковской гарантии являются прямым изложением содержания пункта 2 Перечня.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по смыслу пункта 2 Перечня, исходя из принципа независимости банковской гарантии, данное условие направлено на освобождение бенефициара от доказывания факта зачисления аванса на счет принципала, но не ограничивает его в возможности представления иных доказательств его перечисления.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Устраняя возражения банка, администрация приложила платежные поручения, содержавшие сведения об операции, следующей после списания денежных средств со счета заказчика (как этого требовали условия банковской гарантии и пункт 2 Перечня), а именно - отметку банка о зачислении денежных средств на счет подрядчика.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ограничительное толкование судами условий банковской гарантии в отрыве от Перечня привело к лишению бенефициара права на соответствующую выплату, что прямо противоречит принципу независимости банковской гарантии при подтверждении факта перечисления аванса.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Более того, из содержания неоднократно направленных в адрес банка платежных поручений явно следовало, что ответчик, акционерное общество "Севергазбанк", являлся банком, открывшим принципалу счет, на который заказчиком в том числе через гаранта были перечислены денежные средства в счет оплаты аванса.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 банк, достоверно зная о зачислении денежных средств на счет принципала, продолжал настаивать на формальном соблюдении иного условия гарантии и представлении платежных документов, содержащих отметку органа Федерального казначейства об исполнении обязательства по перечислению аванса по муниципальному контракту.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Указанные обстоятельства, вопреки позиции судов, свидетельствуют о нарушении банком пункта 1 статьи 370 ГК РФ в силу их противоречия принципам независимости банковской гарантии и добросовестного поведения, поскольку гарант продолжал указывать на формальную необходимость предоставления платежных поручений с указанными отметками, зная о фактическом перечислении авансовых денежных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Оспариваемые судебные акты арбитражных судов первой, апелляционной и кассационной инстанций подлежат отмене в части отказа в удовлетворении требования о взыскании задолженности по банковской гарантии в размере выплаченного аванса 1 398 000 руб. и взыскания государственной пошлины на основании части 1 статьи 291.11 Арбитражного процессуального кодекса Российской Федерации, как принятые с существенными нарушениями норм материального права, а дело - направлению в указанной части на новое рассмотрение в Арбитражный суд Вологодской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в связи с согласием сторон с постановлением суда округа данный судебный акт подлежит оставлению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судам следует, учитывая правовую позицию, сформулированную в настоящем определении, проверить расчеты долга, разрешить спор, распределить подлежащую уплате госпошлину по итогам рассмотрения дела, исходя из того, что администрация не уплачивала государственную пошлину за первоначальное рассмотрение иска, а также при подаче апелляционной и кассационных жалоб.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167,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Вологодской области от 1 июля 2024 г., постановление Четырнадцатого арбитражного апелляционного суда от 16 сентября 2024 г. и постановление Арбитражного суда Северо-Западного округа от 22 января 2025 г. по делу № А13-1820/2024 в части отказа в удовлетворении требования о взыскании задолженности по банковской гарантии в размере выплаченного аванса 1 398 000 руб. и взыскания госпошлины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Направить дело № А13-1820/2024 в указанной части на новое рассмотрение в Арбитражный суд Вологодской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части отмены решения Арбитражного суда Вологодской области от 1 июля 2024 г., постановления Четырнадцатого арбитражного апелляционного суда от 16 сентября 2024 г. и взыскания с акционерного общества "Севергазбанк" в пользу администрации Тарногского муниципального округа Вологодской области 262 824 руб. задолженности по банковской гарантии постановление Арбитражного суда Северо-Западного округа от 22 января 2025 г. по делу № А13-1820/2024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А.А.ЯКИМОВ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М.К.АНТОНОВА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Т.В.ЗАВЬЯЛОВА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 в части, так как суд не проверил расчеты долга, а ограничительное толкование судами условий банковской гарантии в отрыве от Перечня, утвержденного Постановлением Правительства РФ от 08.11.2013 № 1005, привело к лишению бенефициара права на соответствующую выплату, что прямо противоречит принципу независимости банковской гарантии при подтверждении факта перечисления аванса.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16.12.2025 № 307-ЭС25-1169 по делу № А13-1820/2024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16.12.2025 № 307-ЭС25-1169 по делу № А13-1820/2024</dc:title>
  <dc:subject/>
  <dc:creator>CasusLegal</dc:creator>
  <cp:keywords/>
  <dc:description/>
  <cp:lastModifiedBy>CasusLegal</cp:lastModifiedBy>
  <cp:revision>1</cp:revision>
  <dcterms:created xsi:type="dcterms:W3CDTF">2026-08-16T11:30:20Z</dcterms:created>
  <dcterms:modified xsi:type="dcterms:W3CDTF">2026-08-16T11:30:20Z</dcterms:modified>
  <cp:category/>
</cp:coreProperties>
</file>