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Определение Судебной коллегии по экономическим спорам Верховного Суда Российской Федерации от 03.05.2023 № 307-ЭС22-26731 по делу № А56-36251/2021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(СКЭС)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03.05.2023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307-ЭС22-26731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 ГК РФ, ст. 367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Поручительство, Срок действия поручительства, Мировое соглашение, Несостоятельность (банкротство), Статья 367 ГК РФ, Статья 150 АПК РФ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во введении процедуры наблюдения в отношении должника отказано, заявление о признании должника банкротом оставлено без рассмотрения.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Дело № А56-36251/2021 резолютивная часть определения объявлена 27.04.2023 полный текст определения изготовлен 03.05.2023 Судебная коллегия по экономическим спорам Верховного Суда Российской Федерации в составе: председательствующего судьи Разумова И.В., судей Корнелюк Е.С. и Самуйлова С.В. - рассмотрела в открытом судебном заседании кассационную жалобу акционерного общества "Московский Индустриальный банк" на определение Арбитражного суда города Санкт-Петербурга и Ленинградской области от 15.04.2022, постановление Тринадцатого арбитражного апелляционного суда от 11.07.2022 и постановление Арбитражного суда Северо-Западного округа от 27.09.2022 по делу № А56-36251/2021. В судебном заседании приняли участие представители: акционерного общества "Московский Индустриальный банк" - Анохин Д.А. (по доверенности от 15.07.2022), Козлова А.С. (по доверенности от 15.12.2022), Хорошилова О.А. (по доверенности от 27.01.2023); акционерного общества "Фирма Медполимер" - Маняков О.О. (по доверенности от 18.04.2023). Заслушав и обсудив доклад судьи Верховного Суда Российской Федерации Разумова И.В., объяснения представителей акционерного общества "Московский Индустриальный банк", поддержавших доводы кассационной жалобы, а также объяснения представителя акционерного общества "Фирма Медполимер", просившего в удовлетворении жалобы отказать, Судебная коллегия по экономическим спорам Верховного Суда Российской Федерации установила: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акционерное общество "Московский Индустриальный банк" (далее - банк) обратилось в суд с заявлением о признании акционерного общества "Фирма Медполимер" (далее - фирма) несостоятельным (банкротом) (заявление о вступлении в дело).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города Санкт-Петербурга и Ленинградской области от 15.04.2022, требование банка признано необоснованным, во введении в отношении фирмы процедуры наблюдения отказано, заявление банка о банкротстве фирмы оставлено без рассмотрения.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Постановлением Тринадцатого арбитражного апелляционного суда от 11.07.2022 определение суда первой инстанции оставлено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Арбитражный суд Северо-Западного округа постановлением от 27.09.2022 определение суда первой инстанции и постановление суда апелляционной инстанции оставил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кассационной жалобе, поданной в Верховный Суд Российской Федерации, банк просит названные определение и постановления отменить, обособленный спор - направить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фирма просит обжалуемые судебные акты оставить без изменения как соответствующие действующему законодательству.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судьи Верховного Суда Российской Федерации от 31.03.2023 кассационная жалоба передана на рассмотрение Судебной коллегии по экономическим спорам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Проверив обоснованность доводов, изложенных в кассационной жалобе, отзыве на нее, объяснениях представителей участвующих в деле лиц, явившихся в судебное заседание, судебная коллегия считает, что жалоба подлежит удовлетворению по следующим основаниям.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Как установлено судами первой и апелляционной инстанций и усматривается из материалов дела, в обоснование требований, предъявленных к фирме, банк сослался на наличие задолженности: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сумме 137 758 289 рублей 20 копеек, основанной на договоре поручительства от 29.01.2016 № 75-11/5-п, возникшей вследствие неисполнения заемщиком - открытым акционерным обществом "Научно-производственный концерн "Эском" (далее - концерн) - основного обязательства, принятого по кредитному договору от 20.07.2011 № 75-11-к (срок погашения кредита - до 29.12.2017);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сумме 340 623 888 рублей 48 копеек, основанной на иных договорах поручительства, заключенных в обеспечение исполнения кредитных обязательств обществом с ограниченной ответственностью "ЭстМедикал" заемщиком; далее - общество).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Признавая необоснованными требования банка, вытекающие из договоров поручительства, обеспечивающих надлежащее исполнение основных обязательств обществом, суды исходили из того, что вступившим в законную силу решением Арбитражного суда Ставропольского края от 20.07.2021 по делу № А63-3080/2021 данные договоры поручительства признаны недействительными. В этой части судебные акты по настоящему делу банком и другими лицами не обжалуются, в связи с чем в указанной части их законность судебной коллегией не проверяется (часть 1 статьи 291.14 Арбитражного процессуального кодекса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Отказывая в удовлетворении требований, вытекающих из договора поручительства, заключенного в обеспечение надлежащего исполнения кредитных обязательств концерном, суды исходили из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Определением Арбитражного суда Ставропольского края от 09.02.2016 возбуждено производство по первому делу о несостоятельности (банкротстве) концерна (дело № А63-754/2016).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этого дела задолженность концерна перед банком по кредитному договору, составившая 328 000 000 рублей, включена в реестр требований кредиторов (определение суда первой инстанции от 23.01.2017).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Фирма также являлась конкурсным кредитором концерна. Задолженность перед ней, основанная на договорах поставки, в сумме 156 645 496 рублей 80 копеек тоже была включена в реестр требований кредиторов концерна (определение Арбитражного суда Ставропольского края от 06.02.2017).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определением Арбитражного суда Ставропольского края от 17.11.2017 утверждено мировое соглашение по первому делу о банкротстве концерна, производство по этому делу прекращено.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условиям мирового соглашения концерн обязался погасить задолженность перед всеми конкурсными кредиторами в рассрочку в течение 7 лет: с первого квартала 2018 года по четвертый квартал 2018 года - ежемесячно, с первого квартала 2019 года по второй квартал 2024 года - ежеквартально.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собрании кредиторов как фирма, так и банк проголосовали за предоставление концерну 7-летней рассрочки погашения задолженности перед конкурсными кредиторами.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Затем определением Арбитражного суда Ставропольского края от 22.04.2019 возбуждено второе дело о банкротстве концерна (дело № А63-6153/2019).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рамках второго дела о банкротстве в реестр требований кредиторов концерна включена оставшаяся непогашенной кредитная задолженность перед банком в сумме 137 758 289 рублей 20 копеек (определение суда первой инстанции от 29.06.2020).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Сославшись на неисполнение концерном кредитных обязательств, обеспеченных поручительством фирмы, банк обратился в суд с заявлением о признании ее банкротом, предъявив к включению в реестр сумму, установленную во втором деле о банкротстве концерна (заемщика).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установили, что в соответствии с первоначальными условиями кредитного договора денежные средства были предоставлены концерну (заемщику) со сроком погашения до 29.12.2017.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договору поручительства поручительство фирмы прекращается по истечении 3 лет со дня наступления срока исполнения обязательства, обеспеченного поручительством.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Заявление об установлении требований, предъявленных к поручителю, банк подал в суд 15.06.2021.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Суды сочли, что при утверждении мирового соглашения по первому делу о банкротстве концерна имело место не согласованное с поручителем (фирмой) увеличение срока исполнения основного обязательства. В связи с этим срок действия поручительства исчислен судами так, как если бы основное обязательство не было бы изменено. Поскольку банк предъявил требования к поручителю в суд после истечения трех лет со дня первоначально установленного срока погашения кредита, суды признали эти требования необоснованными на основании пункта 6 статьи 367 Гражданского кодекса Российской Федерации (далее -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Между тем судами не учтено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пункту 2 статьи 367 ГК РФ поручитель отвечает на измененных условиях обеспеченного поручительством обязательства, если такое изменение произошло с согласия поручителя.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рассматриваемом случае посредством голосования на собрании кредиторов концерна за утверждение мирового соглашения фирма явно и недвусмысленно выразила волю на одобрение всей совокупности условий данного соглашения, причем в полном объеме, в том числе условий об увеличении срока исполнения всех без исключения обязательств концерна, заявленных в первом деле о банкротстве. Фирма не сделала оговорку относительно того, что она не согласна распространить рассрочку на какие-либо обязательства концерна, в частности на обязательства последнего, вытекающие из кредитного договора, заключенного с банком.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отсутствие такой оговорки у банка не могли возникнуть сомнения относительно того, что волеизъявление фирмы не является, в частности, выражением ее согласия, предусмотренного пунктом 2 статьи 367 ГК РФ, на изменение срока исполнения кредитных обязательств.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Коль скоро банк обоснованно доверился первоначальному поступку фирмы (ее голосованию), исходя из принципа добросовестности в дальнейшем фирма обязана была учитывать созданные ею самой разумные ожидания контрагента (пункт 3 статьи 1 ГК РФ).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Высказанные фирмой впервые в настоящем деле возражения относительно того, что ранее она голосовала только лишь за рассрочку погашения ее собственного кредиторского требования, свидетельствуют о противоречивом и недобросовестном поведении.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Согласие судов с этими возражениями привело к тому, что фирма (недобросовестная сторона) получала преимущества вопреки требованиям пункта 4 статьи 1 ГК РФ, что недопустимо.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учетом изложенного срок действия поручительства следовало определять исходя из условий о сроках совершения платежей по кредитному договору, измененных с согласия фирмы мировым соглашением.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отзыве на кассационную жалобу фирма дополнительно ссылается на погашение задолженности по кредитному договору иным лицом (Викуловой Л.А.) и необоснованностью в связи с этим требований банка. Между тем, обстоятельства, на которые обращает внимание фирма, имели место в декабре 2022 года, то есть после вынесения обжалуемых судебных актов. Эти обстоятельства объективно не могли быть предметом исследования судов первой и апелляционной инстанций, наделенных, в отличие от судебной коллегии, полномочиями по установлению фактических обстоятельств спора.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Допущенные судами нарушения норм права являются существенными, без их устранения невозможны восстановление и защита прав и законных интересов банка, в связи с чем определение суда первой инстанции, постановления судов апелляционной инстанции и округа в обжалуемой части подлежат отмене на основании части 1 статьи 291.11 Арбитражного процессуального кодекса Российской Федерации, дело в отмененной части - направлению на новое рассмотрение в суд первой инстанции.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новом рассмотрении дела суду необходимо проверить наличие задолженности по договору поручительства исходя из измененных мировым соглашением сроков исполнения кредитных обязательств, а также оценить доводы фирмы о погашении долга Викуловой Л.А.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Руководствуясь статьями 291.11 - 291.14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определила: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Арбитражного суда города Санкт-Петербурга и Ленинградской области от 15.04.2022, постановление Тринадцатого арбитражного апелляционного суда от 11.07.2022 и постановление Арбитражного суда Северо-Западного округа от 27.09.2022 по делу № А56-36251/2021 отменить в части отказа в признании обоснованным требования акционерного общества "Московский индустриальный банк", основанного на договоре поручительства от 29.01.2016 № 75-11/5-п, и отказа во введении процедуры наблюдения на основании этого требования.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отмененной части дело направить на новое рассмотрение в Арбитражный суд города Санкт-Петербурга и Ленинградской области.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Настоящее определение вступает в законную силу со дня его принятия и может быть обжаловано в порядке надзора в Верховный Суд Российской Федерации в трехмесячный срок.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Председательствующий 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И.В.РАЗУМОВ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Е.С.КОРНЕЛЮК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Судья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С.В.САМУЙЛОВ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отменено в части отказа в признании обоснованным требования, основанного на одном из указанных заявителем договоров поручительства, и отказа во введении процедуры наблюдения на основании этого требования. В отмененной части дело направлено на новое рассмотрение, так как суды не учли, что срок действия поручительства следовало определять исходя из условий о сроках совершения платежей по кредитному договору, измененных с согласия должника мировым соглашением.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Судебной коллегии по экономическим спорам Верховного Суда Российской Федерации от 03.05.2023 № 307-ЭС22-26731 по делу № А56-36251/2021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Определение Судебной коллегии по экономическим спорам Верховного Суда Российской Федерации от 03.05.2023 № 307-ЭС22-26731 по делу № А56-36251/2021</dc:title>
  <dc:subject/>
  <dc:creator>CasusLegal</dc:creator>
  <cp:keywords/>
  <dc:description/>
  <cp:lastModifiedBy>CasusLegal</cp:lastModifiedBy>
  <cp:revision>1</cp:revision>
  <dcterms:created xsi:type="dcterms:W3CDTF">2026-08-16T11:31:00Z</dcterms:created>
  <dcterms:modified xsi:type="dcterms:W3CDTF">2026-08-16T11:31:00Z</dcterms:modified>
  <cp:category/>
</cp:coreProperties>
</file>