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05.10.2023 № 306-ЭС23-9063 по делу № А55-29850/2021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306-ЭС23-9063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168 АПК РФ, ст. 210 ГК РФ, ст. 291.11 АПК РФ, ст. 308 ГК РФ, ст. 616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на оказание услуг по обращению с ТКО, Региональный оператор по обращению с ТКО, Твердые коммунальные отходы, Федеральный закон № 89-ФЗ, Статья 24.7 Федерального закона № 89-ФЗ, Статья 309 ГК РФ, Статья 779 ГК РФ, Обязательственное право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Истец ссылается на то, что ответчик не оплатил оказанные в спорный период услуги.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28.09.2023. Полный текст определения изготовлен 05.10.2023. Судебная коллегия по экономическим спорам Верховного Суда Российской Федерации в составе: председательствующего судьи Чучуновой Н.С., судей Хатыповой Р.А., Якимова А.А. рассмотрела в открытом судебном заседании кассационную жалобу акционерного общества "АлТи Фордж" (далее - компания) на решение Арбитражного суда Самарской области от 14.07.2022, постановление Одиннадцатого арбитражного апелляционного суда от 11.11.2022 и постановление Арбитражного суда Поволжского округа от 20.02.2023 по делу № А55-29850/2021. В судебном заседании приняли участие представители: компании - Алексахина О.В. по доверенности от 20.11.2020; общества с ограниченной ответственностью "ЭкоСтройРесурс" (далее - общество) - Адонина Е.К. по доверенности от 15.09.2023 № 89, Волгушева А.В. по доверенности от 15.09.2023 № 90; акционерного общества "Самарский металлургический завод" (прежнее наименование - акционерное общество "Арконик СМЗ", далее - завод) - Умнов А.С. по доверенности от 04.04.2023. Заслушав доклад судьи Верховного Суда Российской Федерации Чучуновой Н.С. и объяснения представителей участвующих в деле лиц,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обратилось в Арбитражный суд Самарской области с исковым заявлением к компании о взыскании 148 887 руб. 86 коп. задолженности по договору на оказание услуг по обращению с твердыми коммунальными отходами (далее - ТКО) от 13.08.2020 № ТКО-19650 за период с 01.01.2019 по 31.10.2020.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участию в деле в качестве третьего лица, не заявляющего самостоятельных требований относительно предмета спора, привлечен завод.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Самарской области от 14.07.2022, оставленным без изменения постановлением Одиннадцатого арбитражного апелляционного суда от 11.11.2022 и постановлением Арбитражного суда Поволжского округа от 20.02.2023, иск удовлетворен.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компания, ссылаясь на нарушение судами норм материального и процессуального права, просит отменить указанные судебные акты и направить дело на новое рассмотрение в Арбитражный суд Самарской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Верховного Суда Российской Федерации от 17.08.2023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общество просит оставить обжалуемые судебные акты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представители компании и завода поддержали доводы кассационной жалобы, а представители общества возражали против ее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1 статьи 291.11 Арбитражного процессуального кодекса Российской Федерации (далее - АПК РФ)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свобод, законных интересов в сфере предпринимательской и иной экономической деятельности, а также защита охраняемых законом публичных интересов.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жалобе, отзыве на нее и выступлениях представителей участвующих в деле лиц, Судебная коллегия по экономическим спорам Верховного Суда Российской Федерации пришла к выводу о том, что обжалуемые судебные акты подлежат отмене, а дело - направлению на новое рассмотрение в суд первой инстанции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материалов дела и установлено судами, общество с 01.01.2019 является региональным оператором по обращению с ТКО и осуществляет соответствующую деятельность на территории Самарской области на основании соглашения от 01.11.2018 об осуществлении деятельности регионального оператора по обращению с ТКО, заключенного с Министерством энергетики и жилищно-коммунального хозяйства Самарской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письмом от 19.08.2020 направило в адрес компании (потребитель) договор от 13.08.2020 № ТКО-19650 на оказание услуг по обращению с ТКО (далее - договор на оказание услуг), по условиям которого региональный оператор обязуется принимать ТКО в объеме и в месте (площадке) накопления ТКО, которые определены в договоре, и обеспечивать их транспортирование, обработку, обезвреживание, захоронение в соответствии с законодательством Российской Федерации, а потребитель - оплачивать услуги регионального оператора по цене, определенной в пределах утвержденного в установленном порядке предельного единого тарифа на услугу регионального оператора.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Дата начала оказания услуг по обращению с ТКО определена в договоре с 01.01.2019 (пункт 5 договора на оказание услуг).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приложении № 1 к договору на оказание услуг указано, что услуги по обращению с ТКО оказываются в отношении объекта, расположенного по адресу: Самарская обл., г. Самара, ул. Алма-Атинская, д. 29, корп. 51, литера 51-1; порядок коммерческого учета ТКО осуществляется расчетным путем исходя из нормативов накопления ТКО; место (площадка) накопления ТКО/КГО - в соответствии с Территориальной схемой обращения с отходами Самарской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Общество, ссылаясь на то, что в соответствии с названным договором оказало компании услуги по обращению с ТКО в период с 01.01.2019 по 31.10.2020, которые она не оплатила, претензию с требованием об уплате задолженности не исполнила, обратилось в арбитражный суд с настоящим иском.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инстанции, руководствуясь статьями 5, 18, 24.6, 24.7, 24.10 Федерального закона от 24.06.1998 № 89-ФЗ "Об отходах производства и потребления" (далее - Закон № 89-ФЗ), статьей 23 Федерального закона от 29.12.2014 № 458-ФЗ "О внесении изменения в Федеральный закон "Об отходах производства и потребления",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Федерации", пунктом 5 Правил коммерческого учета объема и (или) массы твердых коммунальных отходов, утвержденных постановлением Правительства Российской Федерации от 03.06.2016 № 505, пунктами 8(4), 8(11), 8(12), 8(14), 8(15), 8(17), 8(18) Правил обращения с твердыми коммунальными отходами, утвержденными постановлением Правительства Российской Федерации от 12.11.2016 № 1156 (далее - Правила № 1156), указав, что направленный обществом в адрес компании проект договора на оказание услуг ею не подписан, поэтому считается заключенным на условиях типового договора, исходя из доказанности факта оказания обществом соответствующих услуг в заявленный период и их неоплаты компанией, проверив и признав верным представленный обществом расчет, пришел к выводу о наличии оснований для удовлетворения иска.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Апелляционный и окружной суды поддержали выводы суда первой инстанции, при этом отклонили доводы компании об отсутствии у нее обязанности по оплате услуг по обращению с ТКО со ссылкой на условия заключенного ею (арендатор) с заводом (арендодатель) договора аренды от 26.10.2016 № 15 (далее - договор аренды) и недоказанность факта оказания обществом соответствующих услуг.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статьи 779 Гражданского кодекса Российской Федерации (далее - ГК РФ)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статье 24.6 Закона № 89-ФЗ сбор, транспортирование, обработка, утилизация, обезвреживание, захоронение ТКО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положений статьи 24.7 Закона № 89-ФЗ все собственники ТКО заключают договор на оказание услуг по обращению с ТКО с региональным оператором, в зоне деятельности которого образуются ТКО и находятся их места сбора, оплачивают услуги региональному оператору по цене, определенной в пределах утвержденного в установленном порядке единого тарифа на услугу регионального оператора. Такой договор является публичным для регионального оператора.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8(1) Правил № 1156 региональный оператор заключает договоры на оказание услуг по обращению с ТКО в отношении ТКО, образующихся в иных зданиях, строениях, сооружениях, нежилых помещениях, в том числе в многоквартирных домах и на земельных участках, - с лицами, владеющими такими зданиями, строениями, сооружениями, нежилыми помещениями и земельными участками на законных основаниях, или уполномоченными ими лицами.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презюмируется, что собственником ТКО является собственник объекта недвижимости, в результате деятельности которого образуются ТКО.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Региональный оператор не имеет возможности осуществлять контроль за тем, какое лицо фактически пользуется помещениями в здании и многоквартирных домах, в том числе на основании договора аренды, если такое лицо само не обратится к нему с заявкой о заключении договора. Следовательно, по общему правилу региональный оператор вправе при направлении имущественных притязаний об оплате оказанных услуг ориентироваться на данные публично достоверного Единого государственного реестра недвижимости о собственнике имущества (по смыслу статьи 210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тем указанная презумпция является опровержимой и может быть опровергнута при заключении договора оказания услуг по обращению с ТКО между арендатором помещения и региональным оператором. В таком случае обязанность по оплате услуг по обращению с ТКО лежит на арендаторе помещения.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материалов дела усматривается, что компания в спорный период использовала помещения общей площадью 23 743,70 кв. м, расположенные в здании прессово-штамповочного корпуса № 51 по адресу Самарская обл., г. Самара, Кировский р-н, ул. Алма-Атинская, д. 29, на основании договора аренды. Собственником помещений является третье лицо - завод.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Данные обстоятельства сторонами спора не оспариваются.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разъяснений, содержащихся в пункте 5 Обзора судебной практики Верховного Суда Российской Федерации № 2 (2015), утвержденного Президиумом Верховного Суда Российской Федерации 26.06.2015, в силу абзаца второго пункта 3 статьи 308 ГК РФ обязательство может создавать права для третьих лиц в отношении одной или обеих его сторон только в случаях, предусмотренных законом, иными правовыми актами или соглашением сторон. ГК РФ и иные законы не содержат норм о возникновении на основании договора аренды нежилого помещения обязанности у арендатора по внесению платы за коммунальные услуги перед оказывающим их третьим лицом (исполнителем коммунальных услуг, ресурсоснабжающей организацией).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Обязанность арендатора поддерживать имущество в исправном состоянии, производить за свой счет текущий ремонт и нести расходы на содержание имущества (пункт 2 статьи 616 ГК РФ) установлена в отношениях с арендодателем, а не исполнителем коммунальных услуг или ресурсоснабжающей организацией, которые не являются стороной договора аренды.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устанавливает наличие или отсутствие обстоятельств, обосновывающих требования и возражения лиц, участвующих в деле, а также иные обстоятельства, имеющие значение для правильного рассмотрения дела, исходя из представленных доказательств (часть 1 статьи 64, статья 168 АПК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установлено, что договор на оказание услуг со стороны компании не подписан.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Более того, при рассмотрении дела компания ссылалась на то, что письмом от 06.10.2020 № 81 она уведомила регионального оператора об отсутствии оснований для заключения договора на оказание услуг с указанием на ведение производственной деятельности на объекте, принадлежащем заводу, в результате которой не образуются отходы, относящиеся к ТКО, и учет отходов от осуществляемой ею деятельности в составе отходов завода.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Также компания приводила доводы о том, что в соответствии с пунктом 2.7 договора аренды (в редакции дополнительного соглашения от 30.01.2019 № 2) именно завод как арендодатель является собственником отходов, образующихся от производственной деятельности компании (арендатора), и на него возложена ответственность за их размещение на полигоне. Договор аренды и дополнительное соглашение представлены компанией в материалы дела, как и письмо от 06.10.2020 № 81. Из договора аренды не следует, что обязанность по заключению договора на оказание услуг по обращению с ТКО возложена на компанию.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суды, сделав вывод о том, что договор на оказание услуг был заключен на условиях типового договора, не учли приведенные положения гражданского законодательства, не исследовали и не оценили надлежащим образом представленные компанией доказательства и приведенные ею доводы.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суды апелляционной инстанции и округа признали несостоятельным довод компании о недоказанности факта оказания обществом услуг по обращению с ТКО, в том числе ввиду отсутствия свободного доступа на территорию, где расположено арендуемое ответчиком помещение, в связи с действующим контрольно-пропускным режимом. При этом суды исходили из того, что образование отходов от деятельности и жизнедеятельности презюмируется, а потребитель лишен возможности распоряжаться ТКО по своему усмотрению, за пределами взаимодействия с региональным оператором, который осуществляет свои обязанности в соответствии с Территориальной схемой обращения с отходами Самарской области, в то время как действующим законодательством не предусмотрена возможность освобождения потребителя от несения расходов по оплате услуг по вывозу ТКО в связи с отсутствием организации им собственной контейнерной площадки, включенной в реестр мест образования ТКО, Территориальную схему.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региональные операторы обязаны соблюдать схему потоков ТКО, предусмотренную территориальной схемой обращения с отходами субъекта Российской Федерации, на территории которого такие операторы осуществляют свою деятельность (пункт 10 статьи 24.6 Закона № 89-ФЗ).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приведенного положения следует, что вопреки позиции окружного и апелляционного судов услуга по обращению с ТКО не может считаться оказанной только ввиду образования отходов как неизменного фактора, сопутствующего жизнедеятельности человека, если при этом не соблюдаются требования к организации исполнения данной услуги, предусмотренные действующим законодательством.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Законом № 89-ФЗ определено, что целью государственного регулирования в области обращения с отходами производства и потребления является предотвращение вредного воздействия отходов производства и потребления на здоровье человека и окружающую среду, а также вовлечение таких отходов в хозяйственный оборот в качестве дополнительных источников сырья. Достижение указанной цели, в частности, предполагает, что движение ТКО должно контролироваться на каждом этапе, начиная от источника их образования, заканчивая утилизацией, размещением или переработкой.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взаимосвязанных положений пункта 2 статьи 24.7 Закона № 89-ФЗ и пунктов 9, 13 Правил № 1156 следует, что региональный оператор осуществляет прием ТКО от потребителей в месте (площадке) накопления ТКО, определенном договором на оказание услуг по обращению с ТКО, в соответствии со схемой обращения с отходами. При этом региональный оператор несет ответственность за обращение с ТКО с момента погрузки таких отходов в мусоровоз.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Предполагая, что в отсутствие места накопления ТКО на территории, где расположено арендуемое компанией помещение, компания может складировать отходы в иных местах, внесенных в территориальную схему, суды допустили ситуацию, когда услуга регионального оператора по обращению с ТКО формально считается предоставленной. Однако подобный подход не может быть поддержан, поскольку непрозрачность движения отходов препятствует обеспечению их безопасности, минимизации причиняемого ими вреда.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Судебная коллегия считает, что суды, удовлетворяя иск, ненадлежащим образом исследовали обстоятельства, касающиеся наличия у компании обязанности по заключению с региональным оператором договора на оказание услуг по обращению с ТКО и их оплате.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судами допущены существенные нарушения норм материального и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 компании, обжалуемые судебные акты на основании части 1 статьи 291.11 АПК РФ подлежат отмене с направлением дела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дела суду следует учесть изложенное, правильно применив нормы материального и процессуального права, разрешить спор.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291.11 - 291.15 АПК РФ,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Самарской области от 14.07.2022, постановление Одиннадцатого арбитражного апелляционного суда от 11.11.2022 и постановление Арбитражного суда Поволжского округа от 20.02.2023 по делу № А55-29850/2021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направить на новое рассмотрение в Арбитражный суд Самарской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Н.С.ЧУЧУНОВА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Р.А.ХАТЫПОВА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А.А.ЯКИМОВ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рассмотрение, поскольку суды, удовлетворяя иск, ненадлежащим образом исследовали обстоятельства, касающиеся наличия у ответчика обязанности по заключению с истцом как региональным оператором договора на оказание услуг по обращению с ТКО и их оплате.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05.10.2023 № 306-ЭС23-9063 по делу № А55-29850/2021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05.10.2023 № 306-ЭС23-9063 по делу № А55-29850/2021</dc:title>
  <dc:subject/>
  <dc:creator>CasusLegal</dc:creator>
  <cp:keywords/>
  <dc:description/>
  <cp:lastModifiedBy>CasusLegal</cp:lastModifiedBy>
  <cp:revision>1</cp:revision>
  <dcterms:created xsi:type="dcterms:W3CDTF">2026-08-16T11:30:58Z</dcterms:created>
  <dcterms:modified xsi:type="dcterms:W3CDTF">2026-08-16T11:30:58Z</dcterms:modified>
  <cp:category/>
</cp:coreProperties>
</file>