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Определение Судебной коллегии по экономическим спорам Верховного Суда Российской Федерации от 11.12.2023 № 307-ЭС21-20702(4) по делу № А52-492/2018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(СКЭС)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11.12.2023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307-ЭС21-20702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142 ФЗ, ст. 166 ГК РФ, ст. 407 ГК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Несостоятельность (банкротство), Зачет встречных требований, Статья 410 ГК РФ, Статья 142.1 Закона о банкротстве, Реестр требований кредиторов, Конкурсная масса, Федеральный закон № 127-ФЗ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разрешены разногласия, возникшие между кредитором и конкурсным управляющим по вопросам необходимости проведения зачета встречных денежных требований кредитора и должника, исключения требований кредитора из реестра требований кредиторов должника.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Дело № А52-492/2018 резолютивная часть определения объявлена 04.12.2023 полный текст определения изготовлен 11.12.2023 Судебная коллегия по экономическим спорам Верховного Суда Российской Федерации в составе: председательствующего судьи Разумова И.В., судей Капкаева Д.В. и Шилохвоста О.Ю. - рассмотрела в открытом судебном заседании кассационную жалобу Мехдиева Асада Мехди оглы на определение Арбитражного суда Псковской области от 14.11.2022, постановление Четырнадцатого арбитражного апелляционного суда от 30.01.2023 и постановление Арбитражного суда Северо-Западного округа от 21.04.2023 по делу № А52-492/2018. В судебном заседании принял участие Карпенко П.В. - представитель Мехдиева А.М. (по доверенности от 17.01.2023). Заслушав и обсудив доклад судьи Верховного Суда Российской Федерации Разумова И.В., объяснения представителя Мехдиева А.М., поддержавшего доводы кассационной жалобы, Судебная коллегия по экономическим спорам Верховного Суда Российской Федерации, установила: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Фабула дела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рамках дела о несостоятельности (банкротстве) акционерного общества "Завод Точлит" (далее - завод) конкурсный кредитор Мехдиев Асад Мехди оглы обратился в суд с заявлением о разрешении разногласий, возникших между ним и конкурсным управляющим заводом, по вопросам о необходимости проведения зачета встречных денежных требований завода и общества с ограниченной ответственностью "Завод Точлит" (далее - общество) друг к другу на 31 664 116 рублей 77 копеек и об исключении требований общества в указанной сумме из реестра требований кредиторов завода.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Арбитражного суда Псковской области от 14.11.2022 разногласия разрешены: суд указал на недопустимость проведения зачета.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Постановлением Четырнадцатого арбитражного апелляционного суда от 30.01.2023 определение суда первой инстанции оставлено без изменения.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Арбитражный суд Северо-Западного округа постановлением от 21.04.2023 определение суда первой инстанции и постановление суда апелляционной инстанции оставил без изменения.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кассационной жалобе, поданной в Верховный Суд Российской Федерации, Мехдиев А.М. просит указанные судебные акты отменить, обособленный спор - направить на новое рассмотрение в суд первой инстанции.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отзыве на кассационную жалобу конкурсный управляющий заводом просит обжалуемые определение и постановления оставить без изменения как соответствующие действующему законодательству.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судьи Верховного Суда Российской Федерации от 03.11.2023 кассационная жалоба передана на рассмотрение Судебной коллегии по экономическим спорам Верховного Суда Российской Федерации.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Проверив обоснованность доводов, изложенных в кассационной жалобе, отзыве на нее, объяснениях представителя Мехдиева А.М., явившегося в судебное заседание, судебная коллегия пришла к выводу о том, что жалоба подлежит удовлетворению по следующим основаниям.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Как установлено судами первой и апелляционной инстанций и усматривается из материалов дела, в реестр требований кредиторов завода с удовлетворением в третью очередь включены требования общества по основному долгу в сумме 31 664 116 рублей 77 копеек, составляющие стоимость не оплаченного заводом товара, не возвращенного им по окончании срока хранения имущества и непереданной продукции, изготовленной из материалов общества (определения суда первой инстанции от 20.02.2019 и от 20.03.2019 по настоящему делу).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Впоследствии, решением Арбитражного суда города Санкт-Петербурга и Ленинградской области от 24.06.2022 по делу № А56-11620/2022 с общества в пользу завода взысканы 43 710 729 рублей 73 копейки (задолженность, вытекающая их иных отношений по поставке товара, а также из отношений по аренде, передаче договора).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Таким образом, общество и завод по отношению друг к другу одновременно являются кредитором и должником.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Мехдиев А.М. полагал, что общество как должник не имеет финансовой возможности исполнить упомянутое решение суда и передать взысканную сумму в конкурсную массу завода. В то же время, будучи кредитором завода, оно претендует на распределение части этой конкурсной массы в свою пользу. В целях исключения имущественных потерь на стороне других кредиторов завода Мехдиев А.М. просил конкурсного управляющего заводом зачесть денежные требования общества, включенные в реестр требований кредиторов завода, против требований завода к обществу, подтвержденных судебным решением по делу № А56-11620/2022.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Конкурсный управляющий от дачи ответа уклонился, разместил объявление о созыве собрания кредиторов, в том числе по вопросу об утверждении положения о порядке, сроках и условиях продажи требований к обществу, что стало причиной обращения Мехдиев А.М. с заявлением о разрешении разногласий.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ходе судебного разбирательства управляющий заводом указал на то, что в результате зачета встречных однородных требований независимо от имущественного положения общества оно в любом случае получит преимущественное удовлетворение своих требований по отношению к другим кредиторам завода, в том числе кредиторам по текущим обязательствам. Это нарушит установленные законодательством о банкротстве принципы очередности и пропорциональности удовлетворения требований кредиторов завода. Дополнительно управляющий сослался на утверждение собранием кредиторов завода 28.09.2022 положения о продаже требований к обществу и опубликование 10.10.2022 объявления о проведении торгов, что, по мнению управляющего, также препятствует проведению зачета.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Разрешая разногласия, суды, не устанавливая обстоятельства, касающиеся реальности получения заводом от общества присужденной суммы (ликвидности требования завода к обществу), согласились с позицией конкурсного управляющего заводом, сочтя, что зачет недопустим в силу самого факта открытия конкурсного производства в отношении завода.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Между тем судами не учтено следующее.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Законодательством о банкротстве не установлен тотальный запрет на проведение зачета в процедуре конкурсного производства. Согласно абзацу третьему пункта 8 статьи 142 Федерального закона от 26.10.2002 № 127-ФЗ "О несостоятельности (банкротстве)" (далее - Закон о банкротстве) зачет требования банкрота, в отношении которого открыта процедура конкурсного производства, против встречного требования к нему другого лица допускается, если при этом не нарушаются предусмотренные законодательством о несостоятельности принципы очередности и пропорциональности удовлетворения требований кредиторов банкрота.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Приведенное ограничение права на прекращение обязательств зачетом основано на положениях абзаца шестого статьи 411 Гражданского кодекса Российской Федерации (далее - ГК РФ) и направлено на защиту интересов гражданско-правового сообщества, объединяющего всех кредиторов банкрота: зачет не должен приводить к тому, что требование одного из членов этого сообщества к банкроту удовлетворяется преимущественно по отношению к требованиям остальных. Другими словами, зачет не может ухудшить положение иных кредиторов банкрота.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Если банкрот имеет встречное денежное требование к своему кредитору третьей очереди удовлетворения, финансовое положение которого позволяет произвести исполнение в пользу конкурсной массы, в отсутствие зачета такой конкурсный кредитор вносит всю причитающуюся с него сумму банкроту и получает возможность удовлетворить свое встречное требование лишь после расчетов с кредиторами по текущим обязательствам, с реестровыми кредиторами первой и второй очередностей удовлетворения, причем в равной доле со всеми другими кредиторами третьей очереди (статьи 134, 142 Закона о банкротстве), то есть фактически полученная упомянутым кредитором сумма, скорее всего, окажется меньше той, которую сам кредитор внес в конкурсную массу по своему обязательству перед банкротом. Прекращение же соответствующих встречных обязательств зачетом означает, что названный конкурсный кредитор в части зачтенных сумм гарантированно получает полное удовлетворение своего требования к банкроту, тогда как остальные кредиторы банкрота лишаются возможности участвовать в распределении денежных средств, которые этот удовлетворившийся кредитор должен был передать в конкурсную массу, что может свидетельствовать о получении им предпочтения.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Иная ситуация возникает, если банкрот имеет встречное требование к кредитору, не имеющему активов. С одной стороны, такой кредитор, находясь в реестре требований кредиторов банкрота, влияет на принимаемые собранием кредиторов решения, участвует в определении судьбы банкрота, претендует на распределении в свою пользу части конкурсной массы. С другой стороны, денежные средства, причитающиеся с самого кредитора, фактически не могут быть получены ввиду отсутствия у него ликвидного имущества. Зачет подобных встречных требований не изменит объем удовлетворения, на которое реально могли рассчитывать текущие кредиторы банкрота, его реестровые кредиторы первой и второй очередностей удовлетворения. Положение же реестровых кредиторов третьей очереди удовлетворения после зачета только улучшится, так как уменьшится общий объем притязаний к конкурсной массе банкрота за счет исключения из реестра прекращенного зачетом требования.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рассматриваемом случае Мехдиев А.М. настаивал на том, что требование завода к обществу является неликвидным, а значит, зачет встречных требований завода и общества другу к другу отвечает интересам всех кредиторов завода.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Соответствующие обстоятельства входили в предмет доказывания по настоящему обособленному спору, имели существенное значение для его правильного разрешения. Однако в нарушение положений статей 71, 168, 170 и 271 Арбитражного процессуального кодекса Российской Федерации доводы Мехдиева А.М. не были проверены судами.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Судебная коллегия обращает внимание на то, что в отзыве на кассационную жалобу Мехдиева А.М. конкурсный управляющий заводом, по сути, признает фактические обстоятельства, на которые ссылался податель жалобы. Так, управляющий подтверждает факт выставления требования к обществу на торги, признает, что оно не было реализовано ввиду отсутствия спроса и в настоящее время списано управляющим как безнадежная задолженность.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Вопреки доводам управляющего само по себе списание заводом (кредитором) задолженности в рамках своей учетной политики как безнадежной не прекращает обязательство общества (статья 407 ГК РФ) и поэтому не может являться препятствием для проведения зачета. Равным образом, конкурсный управляющий не вправе ссылаться на то, что его действия по списанию задолженности были одобрены решением собрания кредиторов завода и он лишь исполнял это решение, поскольку на управляющего возложена самостоятельная обязанность действовать добросовестно и разумно в интересах должника и сообщества его кредиторов (абзац первый пункта 7, пункт 12 постановления Пленума Высшего Арбитражного Суда Российской Федерации от 30.07.2013 № 62 "О некоторых вопросах возмещения убытков лицами, входящими в состав органов юридического лица"). Конкурсный управляющий заводом обязан был высказать собственное профессиональное суждение по вопросу о целесообразности проведения зачета с точки зрения защиты прав и законных интересов всех кредиторов завода, а не руководствоваться интересами одного из них - общества.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этом судебная коллегия считает необходимым отметить следующее.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Не исключено, что зачет способен повлиять на имущественную сферу кредиторов общества (при наличии таковых). Однако в силу пункта 2 статьи 166 ГК РФ, статьи 61.3 Закона о банкротстве суд не вправе признать оспоримый зачет недействительным по своей инициативе и в отсутствие дела о банкротстве общества. Следовательно, не может быть отказано в обязании управляющего заводом провести зачет под предлогом нарушения прав кредиторов общества. В случае проведения зачета с нарушением указанных прав и возбуждения дела о банкротстве общества, его кредиторы, конкурсный управляющий не лишены возможности на основании пункта 1 части 2 статьи 311 Арбитражного процессуального кодекса Российской Федерации подать заявление о пересмотре судебного акта, разрешившего разногласия по настоящему обособленному спору, по вновь открывшимся обстоятельствам. Указанное заявление подлежит удовлетворению только в том случае, если суд удовлетворил бы заявление об оспаривании зачета как сделки с предпочтением в рамках дела о банкротстве общества. Аналогичные разъяснения даны в подпункте 3 пункта 10 постановления Пленума Высшего Арбитражного Суда Российской Федерации от 16.05.2014 № 28 "О некоторых вопросах, связанных с оспариванием крупных сделок и сделок с заинтересованностью".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Допущенные судами нарушения норм права являются существенными, без их устранения невозможны восстановление и защита прав и законных интересов Мехдиева А.М. и других кредиторов завода, в связи с чем обжалуемые определение и постановления следует отменить на основании части 1 статьи 291.11 Арбитражного процессуального кодекса Российской Федерации, обособленный спор - направить на новое рассмотрение в суд первой инстанции для проверки доводов о неликвидности требования завода к обществу и оценки влияния зачета на объем удовлетворения, реально получаемого кредиторами завода.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Руководствуясь статьями 291.11 - 291.14 Арбитражного процессуального кодекса Российской Федерации, Судебная коллегия по экономическим спорам Верховного Суда Российской Федерации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определила: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Арбитражного суда Псковской области от 14.11.2022, постановление Четырнадцатого арбитражного апелляционного суда от 30.01.2023 и постановление Арбитражного суда Северо-Западного округа от 21.04.2023 по делу № А52-492/2018 отменить.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Обособленный спор направить на новое рассмотрение в Арбитражный суд Псковской области.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Настоящее определение вступает в законную силу со дня его принятия и может быть обжаловано в порядке надзора в Верховный Суд Российской Федерации в трехмесячный срок.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Председательствующий судья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И.В.РАЗУМОВ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Судья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Д.В.КАПКАЕВ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Судья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О.Ю.ШИЛОХВОСТ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отменено. Обособленный спор направлен на новое рассмотрение, так как суды не дали оценки доводам о неликвидности требования должника к кредитору и оценки влиянию зачета на объем удовлетворения, реально получаемого кредиторами должника.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Судебной коллегии по экономическим спорам Верховного Суда Российской Федерации от 11.12.2023 № 307-ЭС21-20702(4) по делу № А52-492/2018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Определение Судебной коллегии по экономическим спорам Верховного Суда Российской Федерации от 11.12.2023 № 307-ЭС21-20702(4) по делу № А52-492/2018</dc:title>
  <dc:subject/>
  <dc:creator>CasusLegal</dc:creator>
  <cp:keywords/>
  <dc:description/>
  <cp:lastModifiedBy>CasusLegal</cp:lastModifiedBy>
  <cp:revision>1</cp:revision>
  <dcterms:created xsi:type="dcterms:W3CDTF">2026-08-16T11:28:07Z</dcterms:created>
  <dcterms:modified xsi:type="dcterms:W3CDTF">2026-08-16T11:28:07Z</dcterms:modified>
  <cp:category/>
</cp:coreProperties>
</file>