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19.08.2021 № 305-ЭС18-19395(12) по делу №…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19.08.2021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305-ЭС18-19395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 ГК РФ, ст. 179 ГК РФ, ст. 317 ГК РФ, ст. 61.2 ФЗ, ст. 614 ГК РФ, ст. 622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Несостоятельность (банкротство), Оспаривание сделок должника, Договор аренды, Кабальная сделка, Статья 179 ГК РФ, Статья 61.2 Закона о банкротстве, Федеральный закон № 127-ФЗ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А40-216122/2016 резолютивная часть определения объявлена 12.08.2021 полный текст определения изготовлен 19.08.2021 Судебная коллегия по экономическим спорам Верховного Суда Российской Федерации в составе: председательствующего судьи Разумова И.В., судей Букиной И.А. и Капкаева Д.В. - рассмотрела в открытом судебном заседании кассационную жалобу общества с ограниченной ответственностью "СОЮЗ-ИНВЕСТ" на определение Арбитражного суда города Москвы от 17.09.2020, постановление Девятого арбитражного апелляционного суда от 17.12.2020 и постановление Арбитражного суда Московского округа от 16.02.2021 по делу № А40-216122/2016. В судебном заседании приняли участие представители: общества с ограниченной ответственностью "СОЮЗ-ИНВЕСТ" - Бектимирова В.Н. (по доверенности от 09.08.2021), Зайцев Р.В. (по доверенности от 09.02.2021), Кузьмин И.О. (по доверенности от 09.02.2021); конкурсного управляющего обществом с ограниченной ответственностью "ФАРМ-ЛОГИСТИК" - Бикмухаметова Э.О. (по доверенности от 19.04.2021); общества с ограниченной ответственностью "Страховая Компания "Согласие" - Топилина Е.А. (по доверенности от 01.02.2021); общества с ограниченной ответственностью "Берлин-Хеми/А.Менарини" - Слявин А.Л. (по доверенности от 13.01.2020); общества с ограниченной ответственностью "Спектр" - Пахомов С.К. (по доверенности от 11.05.2021). Заслушав и обсудив доклад судьи Верховного Суда Российской Федерации Разумова И.В., объяснения представителей общества с ограниченной ответственностью "СОЮЗ-ИНВЕСТ", поддержавших доводы кассационной жалобы, а также объяснения представителей конкурсного управляющего обществом с ограниченной ответственностью "ФАРМ-ЛОГИСТИК", обществ с ограниченной ответственностью "Страховая Компания "Согласие", "Берлин-Хеми/А.Менарини" и "Спектр", просивших обжалуемые судебные акты оставить без изменения, Судебная коллегия по экономическим спорам Верховного Суда Российской Федерации,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несостоятельности (банкротстве) общества с ограниченной ответственностью "ФАРМ-ЛОГИСТИК" (далее - должник) его конкурсный управляющий Пономаренко А.В. обратился в суд с заявлением о признании недействительным дополнительного соглашения от 01.03.2015 № 5 к долгосрочному договору аренды от 02.06.2010, заключенного должником и обществом с ограниченной ответственностью "СОЮЗ-ИНВЕСТ" (далее - общество), а также о применении последствий недействительности названного дополнительного соглашения.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города Москвы от 17.09.2020 заявление конкурсного управляющего удовлетворено.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Девятого арбитражного апелляционного суда от 17.12.2020 определение суда первой инстанции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Московского округа постановлением от 16.02.2021 определение суда первой инстанции и постановление суда апелляционной инстанции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общество просит отменить указанные определение и постановления.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отзывах на кассационную жалобу конкурсный управляющий должником Пономаренко А.В., общества с ограниченной ответственностью "Агро Строй +", "Спектр" (далее - общество "Спектр") просят обжалуемые судебные акты оставить без изменения как соответствующие действующему законодательству.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Разумова И.В. от 20.07.2021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"Спектр" заявило ходатайство об отложении судебного разбирательства, мотивированное необходимостью ознакомления с материалами дела. Это ходатайство в судебном заседании поддержали представители общества "Спектр" и конкурсного управляющего должником. Представители общества возражали против отложения судебного разбирательства. Представители обществ с ограниченной ответственностью "Страховая Компания "Согласие" и "Берлин-Хеми/А.Менарини" оставили разрешение ходатайства на усмотрение суда.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Ходатайство об отложении рассмотрено Судебной коллегией и отклонено в связи с отсутствием оснований, предусмотренных статьей 158 Арбитражного процессуального кодекса Российской Федерации. Материалы дела находятся в Верховном Суде Российской Федерации с апреля 2021 года, следовательно, представитель общества "Спектр" имел достаточно времени и реальную возможность ознакомления с материалами дела, однако соответствующее ходатайство он направил в электронном виде лишь 12.08.2021 - в день судебного заседания. Иные заинтересованные лица, заблаговременно подавшие ходатайства об ознакомлении (конкурсный управляющий должником, общество), реализовали процессуальные права, действия же общества "Спектр" направлены на затягивание судебного процесса.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отклонением ходатайства об отложении, Судебная коллегия перешла к рассмотрению кассационной жалобы по существу.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жалобе, отзывах на нее, объяснениях явившихся в судебное заседание представителей участвующих в деле лиц, Судебная коллегия считает, что определение суда первой инстанции, постановления судов апелляционной инстанции и округа подлежат отмене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первой и апелляционной инстанций и усматривается из материалов дела, обществом с ограниченной ответственностью "РЕАЛ-ИНВЕСТ" (арендодателем) и обществом с ограниченной ответственностью "Альянс Хелскеа Рус" (арендатором) 02.06.2010 заключен долгосрочный договор аренды.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условиям договора арендодатель предоставил арендатору во временное владение и пользование складские, административно-бытовые помещения и складской мезонин, за которые арендатор обязался вносить базовую часть арендной платы в сумме 1 435 665,89 доллара США в год в период со дня заключения договора до 06.08.2011 и 1 836 884,79 доллара США в год начиная с 07.08.2011, а также возмещать эксплуатационные расходы, коммунальные платежи и вносить плату за пользование парковкой.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Сделкой предусмотрено внесение арендатором обеспечительного платежа в сумме 141 468,81 доллара США, который не подлежит возврату арендатору в случаях, указанных в договоре.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Стороны пришли к соглашению о том, что все платежи по договору осуществляются в рублях по курсу Банка России на день списания денежных средств с корреспондентского счета банка, обслуживающего арендатора.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Определенный договором срок аренды - до 06.08.2015.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Договором предусмотрена ежегодная индексация базовой части арендной платы не менее чем на 3 процента годовых.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 отдельные положения долгосрочного договора аренды изменялись посредством заключения нескольких дополнительных соглашений: от 15.02.2012 № 1, от 24.05.2012 № 2, от 01.03.2013 № 3, от 01.10.2014 № 4 и от 01.03.2015 № 5.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Последним из названных дополнительных соглашений (далее - дополнительное соглашение № 5), оспариваемым конкурсным управляющим, изменено условие о размере базовой части арендной платы, который с 01.03.2015 стал составлять 104 665 800 рублей в год, увеличен срок аренды до 06.08.2018, а также установлена ежегодная индексация базовой части арендной платы не менее чем на 8 процентов годовых.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период действия договора его сторонами (вследствие реорганизации арендодателя и смены наименования арендатора) стали общество (арендодатель) и должник (арендатор).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ненадлежащим исполнением обязательств арендатором арендодатель дважды обращался в арбитражный суд с исковыми требованиями о взыскании задолженности. Решениями Арбитражного суда города Москвы от 09.03.2017 по делу № А40-213499/2016 и от 28.07.2017 по делу № А40-79894/2017 с арендатора взысканы 48 341 990 рублей 72 копейки и 97 556 249 рублей 10 копеек соответственно.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Арендные отношения прекращены 07.06.2017 в связи с досрочным расторжением долгосрочного договора аренды по инициативе арендодателя.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города Москвы от 27.12.2016 по делу № А40-216122/2016 возбуждено дело о несостоятельности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суда первой инстанции от 04.08.2017 в отношении должника введена процедура наблюдения, в ходе которой требование общества, основанное на долгосрочном договоре аренды с дополнительными соглашениями и подтвержденное вступившими в законную силу решениями суда, признано обоснованным и включено в третью очередь реестра требований кредиторов должника (за исключением текущих платежей). Решением суда от 11.12.2018 должник признан банкротом.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Конкурсный управляющий Пономаренко А.В. 29.06.2020 направил в суд заявление о признании дополнительного соглашения № 5 недействительным, считая его кабальной сделкой; сделкой, заключенной при злоупотреблении правом и в целях причинения вреда имущественным правам кредиторов должника (статьи 10, 179 Гражданского кодекса Российской Федерации (далее - ГК РФ), пункт 2 статьи 61.2 Федерального закона от 26.10.2002 № 127-ФЗ "О несостоятельности (банкротстве)" (далее - Закон о банкротстве)).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заявление управляющего, суды исходили из того, что дополнительным соглашением № 5 арендная плата увеличена в два раза в отсутствие к тому объективных причин, она превышала рыночную стоимость пользования подобным имуществом. Такое изменение условий договора свидетельствует о фактической аффилированности арендодателя и арендатора. В день заключения дополнительного соглашения № 5 должник уже отвечал признакам неплатежеспособности и недостаточности имущества, у него имелся значительный объем неисполненных обязательств перед кредиторами, требования которых включены в реестр и остаются неудовлетворенными. Имущественным правам этих кредиторов был причинен вред в результате исполнения дополнительного соглашения № 5. Заключение дополнительного соглашения являлось нецелесообразным для должника, поскольку у него отсутствовала необходимость арендовать столь значительные по площади помещения.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Последствия недействительности дополнительного соглашения № 5 применены судами в виде взыскания с общества в конкурсную массу должника 239 725 655 рублей 4 копеек (арендных платежей, выплаченных должником с 06.03.2015) и 14 919 899 рублей 8 копеек (обеспечительного платежа по договору).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Применительно к делу о банкротстве обращение конкурсного управляющего в арбитражный суд осуществляется в форме заявления, в котором должно быть изложено требование к ответчику (ответчикам), вытекающее из спорного материального правоотношения (предмет иска) (статья 125 Арбитражного процессуального кодекса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Формулирование предмета требования является прерогативой конкурсного управляющего. Процессуальный закон не предоставляет суду полномочий по изменению по своему усмотрению предмета заявления управляющего с целью использования более эффективного способа защиты. Такие действия являлись бы нарушением как положений статьи 49 Арбитражного процессуального кодекса Российской Федерации, так и принципа равноправия сторон (статья 8 названного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настоящего обособленного спора арбитражный управляющий на разрешение суда передавал требование о признании недействительным дополнительного соглашения № 5 и вытекающее из этого требования требование о применении последствий недействительности упомянутого дополнительного соглашения. Именно данные требования и подлежали рассмотрению судами.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Цель оспаривания конкурсным управляющим сделок в конкурсном производстве по специальным основаниям, установленным главой III.1 Закона о банкротстве, подчинена общей цели названной процедуры: она заключается в пополнении конкурсной массы, уменьшении притязаний к ней и наиболее полном удовлетворении требований кредиторов. В силу пункта 2 статьи 61.2 Закона о банкротстве для признания сделки недействительной по данному основанию необходимо, в частности, чтобы в результате совершения сделки был причинен вред имущественным правам кредиторов. При отсутствии такого последствия совершенной сделки в удовлетворении заявления о ее оспаривании следует отказать.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Для выяснения того, причинила сделка вред кредиторам или нет, необходимо сопоставить, каков стал объем обязательств должника после совершения оспариваемой сделки с объемом его обязательств, который был бы, если бы эта сделка не заключалась.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в отсутствие дополнительного соглашения № 5 арендные отношения были бы подчинены долгосрочному договору аренды 2010 года в редакции, действовавшей до заключения названного дополнительного соглашения. Это, в свою очередь, ведет к очевидному ухудшению положения конкурсной массы и, как следствие, кредиторов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разъяснено в пункте 27 постановления Пленума Верховного Суда Российской Федерации от 22.11.2016 № 54 "О некоторых вопросах применения общих положений Гражданского кодекса Российской Федерации об обязательствах и их исполнении", в силу статей 140 и 317 ГК РФ следует различать валюту, в которой денежное обязательство выражено (валюту долга), и валюту, в которой это денежное обязательство должно быть исполнено (валюту платежа). В денежном обязательстве может быть предусмотрено, что оно подлежит оплате в рублях (валюта платежа) в сумме, эквивалентной определенной сумме в иностранной валюте (валюта долга). В этом случае подлежащая уплате в рублях сумма определяется по официальному курсу соответствующей валюты на день платежа, если иной курс или иная дата его определения не установлены законом или соглашением сторон.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долгосрочному договору аренды 2010 года в редакции, действовавшей до заключения дополнительного соглашения № 5, валютой долга денежного обязательства по выплате базовой части арендной платы, являлись доллары США.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отсутствие дополнительного соглашения № 5 годовой размер базовой части арендной платы по состоянию на 01.03.2015 в валюте платежа (в рублях) составил бы: 1 836 884,79 (валюта долга) x 61,2718 (курс доллара США к рублю) = 112 549 237 рублей 48 копеек (даже без учета согласованной сторонами в 2010 году ежегодной индексации), тогда как дополнительным соглашением № 5 этот размер был снижен до 104 665 800 рублей в год.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общества, направленном в Верховный Суд Российской Федерации, сам конкурсный управляющий должником признает, что, если бы не было подписано дополнительное соглашение № 5, в валюте платежа (в рублях) годовой размер базовой части арендной платы по состоянию на 01.03.2015 был бы равен 120 613 867 рублей 2 копейки (с учетом ежегодной индексации за 2010 - 2015 годы).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вывод судов относительно того, что заключение дополнительного соглашения № 5 привело к двукратному росту базовой части арендной платы, противоречит положениям статьи 317 ГК РФ, согласованному еще в 2010 году договорному условию о валюте долга. В действительности дополнительным соглашением № 5 размер базовой части арендной платы был снижен по сравнению с определенным ранее.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не учли, что должник еще в 2010 году (за 6 с половиной лет до возбуждения дела о его банкротстве), подписав долгосрочный договор аренды с условием том, что денежное обязательство выражено в долларах США, принял на себя риск падения курса рубля. Дополнительным соглашением № 5, изменившим валюту долга с долларов США на рубли, этот риск был частично нивелирован.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установил суд первой инстанции, арендные отношения между должником и обществом прекращены 07.06.2017. Обязанность по возврату арендованного имущества лежит на арендаторе. Ни в рамках настоящего дела, ни в рамках дел № А40-213499/2016 и № А40-79894/2017 о взыскании задолженности по договору аренды не были установлены факты принятия должником мер к возврату арендованного имущества до указанной даты, уклонения общества от его приемки из арендного пользования.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положений статьи 622 ГК РФ и разъяснений, приведенных в пункте 38 информационного письма Президиума Высшего Арбитражного Суда Российской Федерации от 11.01.2002 № 66 "Обзор практики разрешения споров, связанных с арендой" следует, что выплата арендной платы за фактическое использование арендуемого имущества после истечения срока действия договора производится в размере, определенном этим договором.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и в отсутствие дополнительного соглашения № 5 должник, несмотря на истечение срока действия долгосрочного договора аренды 2010 года, был бы обязан вносить арендную плату в размере, определенном долгосрочным договором, до момента фактического возврата помещений обществу, то есть в большем размере, чем по дополнительному соглашению № 5, за тот же период времени (до 07.06.2017).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качестве еще одного мотива недействительности дополнительного соглашения № 5 суды сослались на то, что принимаемая во внимание при расчетах по договору площадь арендуемых помещений - 17 244 кв. м - на 200 кв. м большие площади, определенной российскими органами технической инвентаризации. Однако в долгосрочном договоре аренды изначально содержались положения о фактической площади арендуемых помещений, установленной на основании экспликации БТИ, а также условие о том, что для проведения расчетов по сделке ее стороны руководствуются большей площадью - планами, составленными по стандарту BOMA (Североамериканский стандарт расчета арендуемой площади). Такое условие договора, во-первых, не противоречит положениям статьи 614 ГК РФ, а во-вторых, не имеет отношения к оспариваемому управляющим дополнительному соглашению № 5.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Изменение дополнительным соглашением № 5 ежегодного процента индексации: с 3 процентов, начисляемых на сумму долга в валюте, на 8 процентов, начисляемых на сумму долга в рублях, не свидетельствует о недействительности дополнительного соглашения.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после заключения дополнительного соглашения № 5 объем обязательств должника перед обществом уменьшился по сравнению с тем, каким он был бы, если бы это соглашение не было заключено, данное соглашение не могло быть признано недействительным на основании пункта 2 статьи 61.2 Закона о банкротстве. Признание соглашения недействительным влечет за собой не взыскание с общества полученной арендной платы, обеспечительного платежа, что ошибочно сделали суды, а, наоборот, увеличение притязаний общества к должнику, в том числе текущих, и снижает вероятность удовлетворения требований иных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сложившейся судебной практике применение статьи 10 ГК РФ возможно лишь в том случае, когда речь идет о сделках с пороками, выходящими за пределы дефектов подозрительных сделок. Коль скоро дополнительное соглашение № 5 не имеет даже признаков недействительности, характерных для подозрительных сделок, оно не могло быть квалифицировано как сделка, совершенная при злоупотреблении правом.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Вывод судов о фактической аффилированности общества и должника основан на одном лишь суждении: подписать дополнительное соглашение № 5, в 2 раза увеличивающее размер базовой части арендной платы, могли только связанные лица. Как уже отмечалось, утверждение об увеличении дополнительным соглашением № 5 годового размера базовой части арендной платы не соответствует действительности. Иных фактов, прямо или косвенно указывающих на аффилированность сторон договора аренды, суды не установили. С учетом изложенного ссылки конкурсного управляющего на аффилированность следовало отклонить за недоказанностью (статья 65 Арбитражного процессуального кодекса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Общество, не будучи лицом, связанным с должником, не могло влиять на последнего в плане определения им стратегии дальнейшего развития бизнеса в части продолжения или отказа от продолжения арендных отношений с обществом, при том, что сам конкурсный управляющий должником в отзыве на кассационную жалобу признает факты проведения переговоров по поводу подписания дополнительного соглашения № 5 в течение пяти месяцев (с октября 2014 года по март 2015 года), наличия остатка товаров должника на арендуемых складах в 2015 году.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Для признания сделки кабальной (пункт 3 статьи 179 ГК РФ) необходимо доказать стечение тяжелых обстоятельств для одной из сторон, вынудившее ее совершать сделку.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Оснований полагать, что с октября 2014 года (начало переговоров по поводу продления арендных отношений) до августа 2015 года (окончание первоначально согласованного срока аренды) должник не имел реальной возможности распродать остатки товара, освободить помещения и прекратить аренду, не имеется. У должника было достаточно времени на поиск лучших, с его точки зрения, альтернатив, а потому дополнительное соглашение № 5 не могло быть признано недействительным и на основании пункта 3 статьи 179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Допущенные судами нарушения норм права являются существенными, без их устранения невозможны восстановление и защита прав и законных общества, в связи с чем, обжалуемые судебные акты следует отменить на основании части 1 статьи 291.11 Арбитражного процессуального кодекса Российской Федерации, приняв новый судебный акт об отказе в удовлетворении заявления конкурсного управляющего должником.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города Москвы от 17.09.2020, постановление Девятого арбитражного апелляционного суда от 17.12.2020 и постановление Арбитражного суда Московского округа от 16.02.2021 по делу № А40-216122/2016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удовлетворении заявления отказать.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И.В.РАЗУМОВ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И.А.БУКИНА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Д.В.КАПКАЕВ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удовлетворении требования отказано, поскольку оснований полагать, что должник не имел реальной возможности распродать остатки товара, освободить помещения и прекратить аренду, не имеется. У должника было достаточно времени на поиск лучших, с его точки зрения, альтернатив, а потому дополнительное соглашение не могло быть признано недействительным и на основании п. 3 ст. 179 ГК РФ.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19.08.2021 № 305-ЭС18-19395(12) по делу № А40-216122/2016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19.08.2021 № 305-ЭС18-19395(12) по делу №…</dc:title>
  <dc:subject/>
  <dc:creator>CasusLegal</dc:creator>
  <cp:keywords/>
  <dc:description/>
  <cp:lastModifiedBy>CasusLegal</cp:lastModifiedBy>
  <cp:revision>1</cp:revision>
  <dcterms:created xsi:type="dcterms:W3CDTF">2026-08-16T12:12:35Z</dcterms:created>
  <dcterms:modified xsi:type="dcterms:W3CDTF">2026-08-16T12:12:35Z</dcterms:modified>
  <cp:category/>
</cp:coreProperties>
</file>