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РФ от 20.03.2019 № 304-ЭС18-20504 по делу № А46-10682/2017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20.03.2019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304-ЭС18-20504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328 ГК РФ, ст. 378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Банковская гарантия, Встречное исполнение обязательств, Статья 328 ГК РФ, Статья 368 ГК РФ, Несостоятельность (банкротство), Отзыв лицензии, Договор о предоставлении банковской гарантии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нарушение установленных договором обязательств принципал не уплатил гаранту комиссию за выдачу банковской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Резолютивная часть определения объявлена 14 марта 2019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Полный текст определения изготовлен 20 марта 2019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экономическим спорам Верховного Суда Российской Федерации в составе: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председательствующего судьи Зарубиной Е.Н.,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судей Кирейковой Г.Г. и Корнелюк Е.С.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рассмотрела в открытом судебном заседании кассационную жалобу Коммерческого Банка "Альта-Банк" (закрытое акционерное общество) в лице конкурсного управляющего - Государственной корпорации "Агентство по страхованию вкладов" на решение Арбитражного суда Омской области от 26.01.2018 (судья Захарцева С.Г.) по делу № А46-10682/2017, постановление Восьмого арбитражного апелляционного суда от 03.05.2018 (судьи Веревкин А.В., Дерхо Д.С., Еникеева Л.И.) и постановление Арбитражного суда Западно-Сибирского округа от 04.09.2018 (судьи Клат Е.В., Аникина Н.А., Лукьяненко М.Ф.) по тому же делу.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заседании приняли участие представители Коммерческого Банка "Альта-Банк" (закрытое акционерное общество) в лице конкурсного управляющего - Государственной корпорации "Агентство по страхованию вкладов" - Николаенко М.М., Филиппов Н.В.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Заслушав и обсудив доклад судьи Зарубиной Е.Н., объяснения присутствующих в судебном заседании представителей Коммерческого Банка "Альта-Банк" (закрытое акционерное общество) в лице конкурсного управляющего - Государственной корпорации "Агентство по страхованию вкладов", поддержавших доводы кассационной жалобы,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Коммерческий Банк "Альта-Банк" (закрытое акционерное общество) в лице конкурсного управляющего - Государственной корпорации "Агентство по страхованию вкладов" (далее - банк, гарант) обратился в Арбитражный суд Омской области с иском, уточненным в порядке статьи 49 Арбитражного процессуального кодекса Российской Федерации, о взыскании с общества с ограниченной ответственностью "Коралл" (далее - общество, принципал) 177 339 рублей 10 копеек просроченного вознаграждения по договору о предоставлении банковской гарантии от 26.12.2014 № 90/14, 99 911 рублей 68 копеек штрафных санкций за просрочку выплаты вознаграждения, начисленных за период с 02.03.2016 по 09.10.2017, а также судебных расходов в размере 14 456 рублей 08 копеек (в том числе расходов на отправку досудебных требований и расходов по уплате государственной пошлины).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 участию в деле в качестве третьих лиц, не заявляющих самостоятельных требований относительно предмета спора, привлечены Петров Максим Сергеевич и Беляева Алена Сергеевна.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Арбитражного суда Омской области от 26.01.2018 иск удовлетворен в части взыскания 22 133 рублей 82 копеек вознаграждения, 2 965 рублей 93 копеек неустойки, 145 рублей расходов на отправку досудебного требования, 773 рублей 32 копеек расходов по уплате государственной пошлины, в удовлетворении иска в остальной части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Восьмого арбитражного апелляционного суда от 03.05.2018 решение суда первой инстанции оставлено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Западно-Сибирского округа постановлением от 04.09.2018 указанные судебные акты оставил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Банк обратился в Судебную коллегию по экономическим спорам Верховного Суда Российской Федерации с кассационной жалобой на принятые по делу судебные акты, ссылаясь на существенные нарушения судами норм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от 14.02.2019 кассационная жалоба вместе с делом передана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Кассационная жалоба рассмотрена в отсутствие представителей ответчика и третьих лиц, надлежащим образом извещенных о месте и времени судебного заседания.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в порядке статьи 291.14 Арбитражного процессуального кодекса Российской Федерации обоснованность доводов, изложенных в кассационной жалобе, выступлениях присутствующих в судебном заседании представителей истца, судебная коллегия считает, что обжалуемые судебные акты подлежат отмене.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судами и следует из материалов дела, 26.12.2014 банком (гарантом) и обществом (принципалом) подписан договор № 90/14 (далее - договор), в соответствии с которым гарант обязуется предоставить по просьбе принципала банковскую гарантию (далее - гарантия) в пользу Управления делами Правительства Тюменской области (далее - бенефициар) для обеспечения исполнения принципалом обязательств перед бенефициаром по контракту на выполнение строительно-монтажных работ от 04.12.2014, а принципал обязуется заплатить гаранту вознаграждение за предоставление гарантии на условиях договора (пункт 1.1).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Сумма гарантии составляет 38 576 085 рублей, гарантия вступает в силу с даты выдачи и действует по 25.04.2016 включительно (пункты 1.2, 1.3).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Вознаграждение гаранта за предоставление гарантии по договору составляет 3% годовых от суммы гарантии за срок фактического пользования гарантией, но не менее 98 289 рублей 75 копеек (пункт 2.2).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Вознаграждение гаранта начисляется со дня, следующего за днем вступления гарантии в силу, по дату окончания определенного в гарантии срока, на который она выдана, или по день возвращения ее гаранту вследствие отказа бенефициара от своих прав по гарантии и возвращении ее гаранту, или по день прекращения ее действия вследствие отказа бенефициара от своих прав по ней путем письменного заявления об освобождении гаранта от его обязательств по гарантии, а в случае, если гарант произвел выплату по гарантии в пользу бенефициара - по день выплаты (пункт 2.3).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расчете вознаграждения количество дней в месяце и в году принимается равным календарному (пункт 2.4).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Услуги гаранта оплачиваются в размере 98 289 рублей 75 копеек в дату вступления каждой гарантии в силу, далее уплата принципалом вознаграждения, начисленного за процентный период (за исключением последнего процентного периода) производится ежемесячно 1 числа каждого календарного месяца. Уплата вознаграждения, начисленного за последний процентный период, производится в день окончания последнего процентного периода. Первый процентный период начинается со дня, следующего за днем выдачи гарантии, и заканчивается последним числом месяца. Последний процентный период начинается с 1 числа месяца окончания срока фактического пользования гарантией и заканчивается днем окончания срока фактического пользования каждой гарантией. Процентные периоды, кроме первого и последнего, начинаются с 1 числа месяца и заканчиваются последним числом месяца (пункт 2.5).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Просрочка исполнения принципалом своих обязательств по договору влечет уплату гаранту неустойки (пункт 6.1).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Банком в соответствии с условиями договора выдана ответчику банковская гарантия от 26.12.2014 № 90/14, которая является безотзывной, вступает в силу с даты выдачи и действует по 25.04.2016 включительно.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Приказом Банка России от 08.02.2016 № ОД-402 у банка отозвана лицензия на осуществление банковских операций с 08.02.2016.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Арбитражного суда города Москвы от 07.04.2016 по делу № А40-31573/16 банк признан несостоятельным (банкротом), открыто конкурсное производство, функции конкурсного управляющего возложены на Государственную корпорацию "Агентство по страхованию вкладов".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Неисполнение обществом в полном объеме обязательства по уплате банку вознаграждения (комиссии) за выдачу банковской гарантии явилось основанием для обращения банка с настоящим иском в арбитражный суд.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Частично удовлетворяя исковые требования, суды руководствовались положениями статей 368, 369, 375, 417 Гражданского кодекса Российской Федерации (далее - ГК РФ) и Федерального закона от 02.12.1990 № 395-1 "О банках и банковской деятельности" (далее - Закон о банках) и исходили из того, что вознаграждение подлежит выплате за период до даты отзыва у банка лицензии, поскольку с момента отзыва лицензии банк утрачивает возможность выплаты гарантийного обязательства непосредственно при предъявлении к нему требования о платеже; в этом случае исполнение требования общества о выплате по банковской гарантии возможно только в порядке, предусмотренном Федеральным законом от 26.10.2002 № 127-ФЗ "О несостоятельности (банкротстве)" (далее - Закон о банкротстве), в связи с чем банковская гарантия, по сути, утрачивает свой статус обеспечительного платежа, выплачиваемого по первому требованию бенефициара; с даты отзыва у банка лицензии обязательства по выданной банком банковской гарантии прекратились и, следовательно, с указанной даты в соответствии с условиями договора прекратились обязательства по выплате вознаграждения.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судами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Договор о предоставлении банковской гарантии регулирует отношения между банком и принципалом по предоставлению банковской услуги - выдаче банковской гарантии (статья 5 Закона о банках), оказываемой на возмездной основе. К правоотношениям сторон по такому договору, в том числе по вопросам прекращения (расторжения) договора, применяются общие нормы Гражданского кодекса Российской Федерации (далее - ГК РФ) об обязательствах с учетом положений параграфа 6 главы 23 ГК РФ о независимой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Отзыв у банка лицензии на осуществление банковских операций и признание банка несостоятельным (банкротом) Законом о банкротстве и Законом о банках не признаются основанием прекращения обязательств банка перед кредиторами. Напротив, они не препятствуют бенефициару, не отказавшемуся от своих прав по гарантии (подпункт 3 пункта 1 статьи 378 ГК РФ), получить от банка исполнение в порядке и в размере, установленных Законом о банкротстве. С учетом этого ссылка судов на прекращение обязательства невозможностью исполнения ошибочна.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Частичное удовлетворение требования бенефициара за счет имущества банка в процедуре банкротства и с нарушением сроков, предусмотренных статьей 375 ГК РФ, не означает, что банковская гарантия полностью утратила свое назначение. Вместе с тем качество обеспечения исполнения обязательства принципала перестало отвечать требованиям, установленным параграфом 6 главы 23 ГК РФ для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пунктами 1 и 2 статьи 328 ГК РФ встречным признается исполнение обязательства одной из сторон, которое обусловлено исполнением другой стороной своих обязательств (пункт 1). В случае непредоставления обязанной стороной предусмотренного договором исполнения обязательства либо при наличии обстоятельств, очевидно свидетельствующих о том, что такое исполнение не будет произведено в установленный срок, сторона, на которой лежит встречное исполнение, вправе приостановить исполнение своего обязательства или отказаться от исполнения этого обязательства и потребовать возмещения убытков. Если предусмотренное договором исполнение обязательства произведено не в полном объеме, сторона, на которой лежит встречное исполнение, вправе приостановить исполнение своего обязательства или отказаться от исполнения в части, соответствующей непредоставленному исполнению (пункт 2).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договора о предоставлении банковской гарантии интерес принципала (подрядчика по контракту на выполнение строительно-монтажных работ) выражается в получении возможности заключить контракт и сохранить договорные отношения с заказчиком. Необходимым условием достижения этой цели является предоставление заказчику обеспечения в виде банковской гарантии, которая в случае нарушения подрядчиком обязательств по контракту минимизирует риски заказчика путем удовлетворения банком требований бенефициара в упрощенном порядке и в установленные законодательством фиксированные сроки.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качестве встречного предоставления принципал уплачивает банку вознаграждение (комиссию, премию) за выдачу гарантии, размер которого определяется банком с учетом ряда факторов: размера и срока гарантийного обязательства, независимости гарантии от обеспечиваемого обязательства, наличия регрессного требования к принципалу по осуществлению выплаты, платежеспособности и добросовестности принципала и др.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Установив, что, с одной стороны, предоставленная банком гарантия определенное время полноценно выполняла свою обеспечительную функцию, с другой - с отзывом лицензии и признанием банка банкротом эффективность банковской гарантии снизилась, судам следовало дать оценку эквивалентности предоставленного банком исполнения и встречного исполнения со стороны общества.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Ограничившись взысканием суммы вознаграждения за период до отзыва у банка лицензии на осуществление банковских операций, суд первой инстанции принял решение, не соответствующее требованиям законности и обоснованности. Суду следовало, исходя из возражений ответчика и доводов банка, предложить им представить доказательства в подтверждение (опровержение) такой эквивалентности; при необходимости привлечь специалистов либо назначить по делу судебную экспертизу для определения экономической эффективности выданной банком гарантии на протяжении всего периода ее действия и соответствующего денежного эквивалента за ее предоставление.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апелляционной инстанции и округа не устранили допущенного нарушения.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существенным нарушением судами норм права, которое повлияло на исход дела и без устранения которого невозможны восстановление и защита нарушенных прав и законных интересов при осуществлении предпринимательской и иной экономической деятельности, на основании пункта 1 статьи 291.11 Арбитражного процессуального кодекса Российской Федерации принятые по настоящему делу судебные акты подлежат отмене, а дело - направлению на новое рассмотрение в суд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новом рассмотрении суду следует учесть изложенное, установить, имеются ли обстоятельства, указывающие на прекращение обязательств по договору (отказ бенефициара от гарантии, замена обеспечения, истечение срока гарантии и пр.), и исходя из установленных обстоятельств определить стоимость подлежащих оплате услуг банка по спорному договору, соотнести с уплаченными обществом суммами и разрешить спор.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167, 176, 291.11 - 291.15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 Арбитражного суда Омской области от 26.01.2018 по делу № А46-10682/2017, постановление Восьмого арбитражного апелляционного суда от 03.05.2018 и постановление Арбитражного суда Западно-Сибирского округа от 04.09.2018 по тому же делу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направить на новое рассмотрение в Арбитражный суд Омской области.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 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Е.Н.ЗАРУБИНА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Г.Г.КИРЕЙКОВА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Е.С.КОРНЕЛЮК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направлено на новое рассмотрение, поскольку, установив, что, с одной стороны, предоставленная банком гарантия определенное время полноценно выполняла свою обеспечительную функцию, с другой - с отзывом лицензии и признанием банка банкротом эффективность банковской гарантии снизилась, судам следовало дать оценку эквивалентности предоставленного банком исполнения и встречного исполнения со стороны общества.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РФ от 20.03.2019 № 304-ЭС18-20504 по делу № А46-10682/2017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РФ от 20.03.2019 № 304-ЭС18-20504 по делу № А46-10682/2017</dc:title>
  <dc:subject/>
  <dc:creator>CasusLegal</dc:creator>
  <cp:keywords/>
  <dc:description/>
  <cp:lastModifiedBy>CasusLegal</cp:lastModifiedBy>
  <cp:revision>1</cp:revision>
  <dcterms:created xsi:type="dcterms:W3CDTF">2026-08-16T11:30:42Z</dcterms:created>
  <dcterms:modified xsi:type="dcterms:W3CDTF">2026-08-16T11:30:42Z</dcterms:modified>
  <cp:category/>
</cp:coreProperties>
</file>