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РФ от 25.04.2019 по делу № 306-ЭС18-21709, А49-1694/2016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25.04.2019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306-ЭС18-21709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59 ФЗ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Несостоятельность (банкротство), Вознаграждение арбитражного управляющего, Расходы по делу о банкротстве, Залоговый кредитор, Статья 59 Закона о банкротстве, Статья 138 Закона о банкротстве, Федеральный закон № 127-ФЗ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объявлена 18.04.2019. Полный текст изготовлен 25.04.2019. Судебная коллегия по экономическим спорам Верховного Суда Российской Федерации в составе: председательствующего судьи Капкаева Д.В., судей Букиной И.А. и Корнелюк Е.С. - рассмотрела в открытом судебном заседании кассационную жалобу администрации Нижнеломовского района Пензенской области (далее - администрация) на определение Арбитражного суда Пензенской области от 14.03.2018 (судья Мурсаева Ж.Е.), постановление Одиннадцатого арбитражного апелляционного суда от 06.06.2018 (судьи Радушева О.Н., Колодина Т.И., Садило Г.М.) и постановление Арбитражного суда Поволжского округа от 06.09.2018 (судьи Богданова Е.В., Герасимова Е.П., Коноплева М.В.) по делу № А49-1694/2016. В судебном заседании принял участие представитель администрации - Филонова С.М.; Заслушав и обсудив доклад судьи Верховного Суда Российской Федерации Капкаева Д.В., а также объяснения представителя администрации, судебная коллегия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несостоятельности (банкротстве) закрытого акционерного общества "Агропромторг" (далее - должник, общество) арбитражный управляющий Батраков Василий Анатольевич обратился в Арбитражный суд Пензенской области с заявлением о взыскании с администрации 414 639 руб. 36 коп. вознаграждения конкурсного управляющего и 185 000 руб. судебных расходов, понесенных в процедуре банкротства должника (требования уточнены в порядке статьи 49 Арбитражного процессуального кодекса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суда первой инстанции от 14.03.2018, оставленным без изменения постановлениями судов апелляционной инстанции от 06.06.2018 и округа от 06.09.2018, заявление удовлетворено в полном объеме.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 на указанные судебные акты, поданной в Верховный Суд Российской Федерации, администрация, ссылаясь на неправильное применение судами норм материального права, просит их отменить и направить спор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Верховного Суда Российской Федерации от 28.02.2019 кассационная жалоба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представленном отзыве арбитражный управляющий Батраков В.А. просит обжалуемые судебные акты оставить без изменения как законные.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представитель администрации поддержал доводы, изложенные в кассационной жалобе.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Батраков В.А., извещенный о времени и месте рассмотрения жалобы, в судебное заседание не явился, представителей не направил, в связи с чем жалоба рассмотрена в его отсутствие.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материалы дела, обсудив доводы, изложенные в кассационной жалобе и отзыве на нее, выслушав объяснения представителя администрации, судебная коллегия считает, что обжалуемые судебные акты подлежат отмене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и следует из материалов обособленного спора, определением Арбитражного суда Пензенской области от 11.03.2016 к производству принято заявление администрации о признании общества несостоятельным (банкротом), возбуждено производство по делу, решением того же суда от 05.10.2016 должник признан несостоятельным (банкротом), в отношении него открыта процедура конкурсного производства, конкурсным управляющим утвержден Батраков В.А.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стадии конкурсного производства часть имущества должника, являющегося предметом залога, реализована посредством его продажи на торгах, другая часть - посредством его оставления залоговым кредитором за собой.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Впоследствии определением арбитражного суда от 15.01.2018 конкурсное производство в отношении должника завершено.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Ссылаясь на положения статьи 59 Федерального закона от 26.10.2002 № 127-ФЗ "О несостоятельности (банкротстве)" (далее - Закон о банкротстве) Батраков В.А. обратился в арбитражный суд с настоящим заявлением.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заявление арбитражного управляющего, суды первой и апелляционной инстанций, с выводами которых согласился суд округа, ссылаясь на статьи 20.6, 20.7, 59 Закона о банкротстве и разъяснения, содержащиеся в постановлении Пленума Высшего Арбитражного Суда Российской Федерации от 17.12.2009 № 91 "О порядке погашения расходов по делу о банкротстве", исходили из наличия оснований для отнесения спорных расходов, в том числе расходов на оценку заложенного имущества на заявителя по делу о банкротстве должника в связи недостаточностью имущества последнего. Суды также указали на отсутствие доказательств, свидетельствующих о ненадлежащем исполнении Батраковым В.А. возложенных на него обязанностей конкурсного управляющего должником.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судами отклонен довод администрации о нарушении конкурсным управляющим установленной статьей 138 Закона о банкротстве очередности погашения требований по текущим обязательствам.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Обращаясь с настоящим заявлением, арбитражный управляющий ссылался на то, что не возмещенными за счет имущества должника остались, в том числе расходы на оценку заложенного имущества.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Федеральным законом от 29.12.2014 № 482-ФЗ "О внесении изменений в Федеральный закон "О несостоятельности (банкротстве)" и Кодекс Российской Федерации об административных правонарушениях" статья 138 Закона о банкротстве дополнена пунктом 6, исходя из которого, расходы на содержание заложенного имущества и реализацию его на торгах, в том числе расходы на обеспечение сохранности, оценку, на публикацию сообщений о продаже такого имущества и результатах проведения торгов покрываются за счет вырученных от реализации предмета залога средств до распределения их конкурсным управляющим в порядке, предусмотренном пунктами 1 и 2 статьи 138 Закона о банкротстве.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Данная норма направлена на защиту прав и законных интересов не обладающих залоговым статусом кредиторов, как правило, не получающих удовлетворения своих требований от реализации заложенного имущества, обеспечивает баланс интересов всех кредиторов.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Действительно, положения законодательства о банкротстве прямо не регулируют порядок погашения упомянутых расходов в случае оставления предмета залога залоговым кредитором за собой. В этом случае необходимо учитывать, что оставление залогодержателем предмета залога за собой, по смыслу пункта 4.1 статьи 138 Закона о банкротстве, является формой реализации заложенного имущества наряду с его продажей с торгов.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исходя из положений пункта 6 статьи 138 Закона о банкротстве, статьи 343 Гражданского кодекса Российской Федерации залогодержатель помимо суммы, размер которой определяется в соответствии с пунктами 1 и 2 статьи 138 Закона о банкротстве, обязан перечислить на специальный банковский счет денежные средства на возмещение расходов по содержанию предмета залога, а также иных расходов, связанных с его реализацией.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рассматриваемом случае наличие непогашенных расходов на оценку заложенного имущества обусловлено действиями конкурсного управляющего, который при распределении поступивших от реализации предмета залога денежных средств не учел упомянутые положения Закона о банкротстве. Фактически данные расходы были переложены на незалогового кредитора (администрацию), что не согласуется с целями законодательного регулирования отношений несостоятельности.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существенным нарушением судами норм права, повлиявшим на исход дела, без устранения которого невозможны восстановление и защита прав и законных интересов администрации, обжалуемые судебные акты на основании пункта 1 статьи 291.11 Арбитражного процессуального кодекса Российской Федерации подлежат отмене с направлением обособленного спора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новом рассмотрении суду следует учесть изложенное и определить подлежащую взысканию с администрации сумму судебных расходов.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291.11 - 291.14 Арбитражного процессуального кодекса Российской Федерации, судебная коллегия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Арбитражного суда Пензенской области от 14.03.2018, постановление Одиннадцатого арбитражного апелляционного суда от 06.06.2018 и постановление Арбитражного суда Поволжского округа от 06.09.2018 по делу № А49-1694/2016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Обособленный спор направить на новое рассмотрение в Арбитражный суд Пензенской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Настоящее определение вступает в законную силу со дня его вынесения.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Д.В.КАПКАЕВ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И.А.БУКИНА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Е.С.КОРНЕЛЮК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Обособленный спор направлен на новое рассмотрение, поскольку в рассматриваемом случае наличие непогашенных расходов на оценку заложенного имущества обусловлено действиями конкурсного управляющего, который при распределении поступивших от реализации предмета залога денежных средств не учел положения Закона о банкротстве; фактически данные расходы были переложены на незалогового кредитора (администрацию), что не согласуется с целями законодательного регулирования отношений несостоятельности.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РФ от 25.04.2019 по делу № 306-ЭС18-21709, А49-1694/2016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РФ от 25.04.2019 по делу № 306-ЭС18-21709, А49-1694/2016</dc:title>
  <dc:subject/>
  <dc:creator>CasusLegal</dc:creator>
  <cp:keywords/>
  <dc:description/>
  <cp:lastModifiedBy>CasusLegal</cp:lastModifiedBy>
  <cp:revision>1</cp:revision>
  <dcterms:created xsi:type="dcterms:W3CDTF">2026-08-16T11:30:07Z</dcterms:created>
  <dcterms:modified xsi:type="dcterms:W3CDTF">2026-08-16T11:30:07Z</dcterms:modified>
  <cp:category/>
</cp:coreProperties>
</file>