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гражданским делам Верховного Суда Российской Федерации от 30.07.2024 № 85-КГ24-3-К1 (УИД 40RS0026-01-2022-001349-75)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(СКГД)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30.07.2024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85-КГ24-3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213.28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аренды транспортного средства с правом выкупа, Обращение взыскания на заложенное имущество, Залог, Статья 348 ГК РФ, Статья 349 ГК РФ, Статья 624 ГК РФ, Гражданское право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сторонами заключен договор купли-продажи транспортного средства с рассрочкой платежа, ответчики обязательства по уплате выкупной цены транспортного средства не исполнили.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40RS0026-01-2022-001349-75 Судебная коллегия по гражданским делам Верховного Суда Российской Федерации в составе: председательствующего Асташова С.В. судей Киселева А.П. и Кротова М.В. рассмотрела в открытом судебном заседании дело по иску Шаркова Олега Викторовича к Горбунову Михаилу Николаевичу, Горбуновой Алесе Владимировне об обращении взыскания на заложенное имущество по кассационным жалобам Горбуновой Алеси Владимировны и Горбунова Михаила Николаевича на решение Обнинского городского суда Калужской области от 8 июня 2023 г., апелляционное определение судебной коллегии по гражданским делам Калужского областного суда от 7 сентября 2023 г. и определение судебной коллегии по гражданским делам Первого кассационного суда общей юрисдикции от 13 декабря 2023 г. Заслушав доклад судьи Верховного Суда Российской Федерации Киселева А.П., выслушав представителя Горбуновой А.В. и Горбунова М.Н. - Петрушина Б.М., Горбунову А.В., поддержавших доводы кассационных жалоб, представителя Шаркова О.В. - Балакаева Р.В., возражавшего против удовлетворения кассационной жалобы, Судебная коллегия по гражданским делам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Шарков О.В. обратился в суд с иском к Горбунову М.Н., Горбуновой А.В., ООО "Сервис-Стапель" об обращении взыскания на заложенное транспортное средство - эвакуатор DAF в счет погашения задолженности по договору аренды транспортного средства с правом выкупа, заключенному 1 ноября 2013 г. между Шарковым О.В. и Горбуновым М.Н., Горбуновой А.В. и ООО "Сервис-Стапель".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Протокольным определением Обнинского городского суда Калужской области от 7 сентября 2022 г. ООО "Сервис-Стапель" исключено из числа ответчиков в связи с прекращением деятельности данного юридического лица.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Обнинского городского суда Калужской области от 8 июня 2023 г., оставленным без изменения апелляционным определением судебной коллегии по гражданским делам Калужского областного суда от 7 сентября 2023 г., исковые требования удовлетворены.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судебной коллегии по гражданским делам Первого кассационного суда общей юрисдикции от 13 декабря 2023 г. решение суда первой инстанции и апелляционное определение оставлены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кассационных жалобах ставится вопрос об отмене указанных судебных постановлений, как незаконных.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Марьина А.Н. от 28 июня 2024 г. кассационная жалоба передана с делом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доводы, изложенные в кассационной жалобе и возражениях на нее, Судебная коллегия по гражданским делам Верховного Суда Российской Федерации находит жалобу подлежащей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390.14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Такие нарушения допущены судами по настоящему делу.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1 ноября 2013 г. Шарков О.В. (арендодатель) заключил с Горбуновой А.В., Горбуновым М.Н. и ООО "Сервис-Стапель" (арендаторы) договор аренды транспортного средства с правом выкупа, по условиям которого арендодатель передал арендаторам эвакуатор "DAF".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пунктами 1.3, 1.4, 2.2 договора арендаторы обязались ежемесячно уплачивать арендную плату в размере 2% от остатка основного долга (остатка выкупной стоимости), а также уплатить выкупную цену транспортного средства в размере 8 000 000 руб. в течение трех периодов: не позднее 1 ноября 2014 г. - 2 500 000 руб.; не позднее 1 ноября 2015 г. - 3 000 000 руб., не позднее 1 ноября 2016 г. - 2 500 000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стороны предусмотрели условие, в силу которого арендаторы не имеют права отказаться от дальнейшего погашения выкупной цены эвакуатора и арендной платы, за исключением случая возникновения форсмажорных обстоятельств (пункты 1.6, 4.1 договора).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ранее рассмотренному делу апелляционным определением судебной коллегии по гражданским делам Калужского областного суда от 7 ноября 2016 г. отменено решение Жуковского районного суда Калужской области от 19 августа 2016 г. по делу по иску Шаркова О.В. к ООО "Сервис-Стапель", Горбуновой А.В., Горбунову М.Н. о взыскании задолженности по арендной плате, выкупной цены и процентов за пользование чужими денежными средствами, а также по встречному иску Горбуновой А.В., Горбунова М.Н. к Шаркову О.В. о признании недействительным пункта 1.6 договора аренды транспортного средства с правом выкупа, о расторжении договора и возложении обязанности принять транспортное средство.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апелляционной инстанции по указанному выше делу принято новое решение, которым с Горбунова М.Н., Горбуновой А.В. и ООО "Сервис-Стапель" в пользу Шаркова О.В. солидарно взыскана задолженность - 2 543 266 руб. и проценты за пользование чужими денежными средствами - 131 140,37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иск Шаркова О.В. оставлен без удовлетворения, в удовлетворении встречного иска Горбунова М.Н. и Горбуновой А.В.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истечением 1 ноября 2016 г. срока уплаты остатка выкупной цены эвакуатора Шарков О.В. обратился в Обнинский городской суд Калужской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Вступившим в законную силу решением данного суда от 14 июня 2017 г. по делу N с Горбунова М.Н., Горбуновой А.В. и ООО "Сервис-Стапель" в пользу Шаркова О.В. солидарно взыскана задолженность по выкупной цене - 2 500 000 руб., проценты за пользование чужими денежными средствами по состоянию на 16 июня 2017 г. - 152 387,73 руб., задолженность по арендным платежам за период с августа по октябрь 2016 г. включительно - 253 595,96 руб., проценты за пользование чужими денежными средствами, начисленные на эту сумму по состоянию на 16 июня 2017 г. - 16 908,76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 Шаркова О.В. по настоящему делу, суд первой инстанции квалифицировал заключенный сторонами договор как договор купли-продажи товара в рассрочку и признал эвакуатор находящимся в залоге у продавца в силу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 первой инстанции указал, что иск предъявлен Шарковым О.В. в пределах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проверке дела в апелляционном порядке также установлено, что апелляционным определением судебной коллегии по гражданским делам Калужского областного суда от 16 февраля 2021 г. отменено решение Обнинского городского суда Калужской области от 6 ноября 2019 г. по делу N об отказе в удовлетворении иска ООО "Евросервистранс" к Шаркову О.В. и принято новое решение об удовлетворении иска, которым на Шаркова О.В. возложена обязанность убрать с арендуемой ООО "Евросервистранс" территории спорный эвакуатор.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Этим определением установлено, что эвакуатор помещен на арендуемую ООО "Евросервистранс" территорию в августе 2016 г. Горбуновым М.Н., владеющим им на основании договора аренды транспортного средства с правом выкупа от 1 ноября 2013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указал, что право собственности на эвакуатор к арендаторам не перешло по причине неисполнения обязательств по уплате его выкупной цены, а следовательно, обязанность по освобождению территории ООО "Евросервистранс" от указанного имущества должна быть возложена на Шаркова О.В. как собственника этого транспортного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Несмотря на данные обстоятельства, судебная коллегия по гражданским делам Калужского областного суда по настоящему делу оставила в силе решение суда первой инстанции об обращении взыскания на заложенное имущество, указав на обязанность ответчиков уплатить задолженность по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Первого кассационного суда общей юрисдикции согласилась с выводами нижестоящих судебных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полагает, что судами при рассмотрении настоящего дела существенно нарушены нормы материального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606 Гражданского кодекса Российской Федерации по договору аренды (имущественного найма) арендодатель (наймодатель) обязуется предоставить арендатору (нанимателю) имущество за плату во временное владение и пользование или во временное пользование.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624 этого же кодекса в законе или договоре аренды может быть предусмотрено,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настоящему делу судебные инстанции, квалифицировав договор аренды транспортного средства с правом последующего выкупа как договор купли-продажи транспортного средства с рассрочкой платежа, применили к возникшим между сторонами правоотношениям положения пункта 3 статьи 489 и пункта 5 статьи 488 Гражданского кодекса Российской Федерации о нахождения товара с момента его передачи покупателю до его оплаты в залоге у продавца для обеспечения исполнения покупателем его обязанности по оплате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в пункте 3 статьи 609 Гражданского кодекса Российской Федерации указано, что договор аренды имущества, предусматривающий переход в последующем права собственности на это имущество к арендатору (статья 624), заключается в форме, предусмотренной для договора купли-продажи такого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тем, указание на форму договора само по себе не означает, что к правоотношениям сторон договора аренды с правом последующего выкупа применяются все иные положения о договоре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Так, в силу пункт 1 статьи 223 и пункта 1 статьи 458 Гражданского кодекса Российской Федерации, если иное не предусмотрено договором купли-продажи, право собственности на движимую вещь, не требующую регистрации перехода права собственности, возникает у покупателя с момента передачи ему вещи продавцом, в том числе и при продажи товара в кредит или рассрочку.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договору аренды имущество передается арендатору не в собственность, а во временное владение и пользование (пункт 1 статьи 606 Гражданского кодекса Российской Федерации), а в силу специальных положений пункта 1 статьи 624 названного кодекса в законе или договоре аренды может быть предусмотрено,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настоящему делу ответчики заявляли о том, что выкуп арендованного имущества и переход права собственности на него не состоялись, данное имущество находится во владении Шаркова О.В.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Названные обстоятельства представители сторон подтвердили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тем, этим обстоятельствам и доводам ответчиков о том, что они не являются собственниками, а соответственно, и залогодателями данного имущества, судебные инстанции применительно к положениям пункта 1 статьи 624 Гражданского кодекса Российской Федерации и условиям договора аренды не дали.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определением Арбитражного суда Калужской области от 3 апреля 2019 г. завершена процедура реализации имущества гражданина Горбуновой А.В. и к ней применены положения статьи 213.28 Федерального закона от 26 октября 2002 г. № 127-ФЗ "О несостоятельности (банкротстве)" (далее - Закон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при вынесении решения не учтены судебные акты по делу N (...), из которых следует, что требования Шаркова О.В. о взыскании задолженности по выкупной цене транспортного средства, арендным платежам, процентам за пользование чужими денежными средствами определением Арбитражного суда Калужской области от 23 января 2018 г. включены в третью очередь реестра требований кредиторов Горбуновой А.В.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3 статьи 213.28 Закона о банкротстве после завершения расчетов с кредиторами гражданин, признанный банкротом, освобождается от дальнейшего исполнения требований кредиторов, в том числе требований кредиторов, не заявленных при введении реструктуризации долгов гражданина или реализации имущества гражданина.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Судебная коллегия по гражданским делам Верховного Суда Российской Федерации находит, что принятые по делу судебные постановления не отвечают требованиям законности и обоснованности и что судами при рассмотрении настоящего дела допущены нарушения норм права, которые являются существенными и не могут быть устранены без отмены судебных постановлений и нового рассмотрения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во внимание изложенное, Судебная коллегия по гражданским делам Верховного Суда Российской Федерации (с учетом положений статьи 6.1 Гражданского процессуального кодекса Российской Федерации о разумных сроках судопроизводства) находит нужным отменить апелляционное определение судебной коллегии по гражданским делам Калужского областного суда от 7 сентября 2023 г. и определение судебной коллегии по гражданским делам Первого кассационного суда общей юрисдикции от 13 декабря 2023 г., а дело направить на новое рассмотрение в суд апелляционной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390.14 - 390.16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апелляционное апелляционное определение судебной коллегии по гражданским делам Калужского областного суда от 7 сентября 2023 г. и определение судебной коллегии по гражданским делам Первого кассационного суда общей юрисдикции от 13 декабря 2023 г. отменить, а дело направить на новое рассмотрение в суд апелляционной инстанции.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так как суды, удовлетворяя требования, при вынесении решения не учли, что судебные акты, из которых следует, что требования истца о взыскании задолженности по выкупной цене транспортного средства, арендным платежам, процентам определением суда включены в третью очередь реестра требований кредиторов должника (одного из ответчиков).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Российской Федерации от 30.07.2024 № 85-КГ24-3-К1 (УИД 40RS0026-01-2022-001349-75)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гражданским делам Верховного Суда Российской Федерации от 30.07.2024 № 85-КГ24-3-К1 (УИД 40RS0026-01-2022-001349-75)</dc:title>
  <dc:subject/>
  <dc:creator>CasusLegal</dc:creator>
  <cp:keywords/>
  <dc:description/>
  <cp:lastModifiedBy>CasusLegal</cp:lastModifiedBy>
  <cp:revision>1</cp:revision>
  <dcterms:created xsi:type="dcterms:W3CDTF">2026-08-16T11:29:07Z</dcterms:created>
  <dcterms:modified xsi:type="dcterms:W3CDTF">2026-08-16T11:29:07Z</dcterms:modified>
  <cp:category/>
</cp:coreProperties>
</file>