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гражданским делам Верховного Суда Российской Федерации от 04.03.2025 № 5-КГ24-142-К2 (УИД 77RS0032-02-2023-003093-65)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(СКГД)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04.03.2025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5-КГ24-142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213.26 ФЗ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Процессуальное правопреемство, Уступка права требования, Договор цессии, Солидарное обязательство, Несостоятельность (банкротство), Статья 44 ГПК РФ, Статья 382 ГК РФ, Статья 323 ГК РФ, Федеральный закон № 127-ФЗ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удовлетворено ходатайство о замене стороны правопреемником.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77RS0032-02-2023-003093-65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 в составе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председательствующего Асташова С.В.,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судей Горшкова В.В. и Марьина А.Н.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рассмотрела в открытом судебном заседании дело по заявлению индивидуального предпринимателя Шерстобитова Ильи Николаевича о процессуальном правопреемстве по делу по иску закрытого акционерного общества "Коммерческий банк "Европейский трастовый банк" к Малиашвили Георгию Нугзаровичу и Солдатниковой Марии Константиновне о взыскании задолженности по кредитному договору и обращении взыскания на заложенное имущество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кассационной жалобе индивидуального предпринимателя Шерстобитова И.Н. на апелляционное определение Московского городского суда от 14 декабря 2023 г. и определение Второго кассационного суда общей юрисдикции от 28 июня 2024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доклад судьи Верховного Суда Российской Федерации Асташова С.В., выслушав представителя индивидуального предпринимателя Шерстобитова И.Н. Шихову А.Е., поддержавшую доводы кассационной жалобы, а также представителя Мартышко Ю.Ю. (финансового управляющего Малиашвили Г.Н.) - Косарева А.В., оставившего разрешение вопроса об удовлетворении кассационной жалобы на усмотрение суда кассационной инстанции, Судебная коллегия по гражданским делам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ИП Шерстобитов И.Н. обратился в суд с заявлением о процессуальном правопреемстве по делу по иску ЗАО КБ "Европейский трастовый банк" (далее также Банк) к Малиашвили Г.Н. и Солдатниковой М.К. о взыскании задолженности по кредитному договору и обращении взыскания на заложенное имущество, ссылаясь на заключенный с Банком договор уступки прав требования (цессии) от 9 февраля 2022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Черемушкинского районного суда г. Москвы от 12 мая 2023 г. заявление удовлетворено.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Апелляционным определением Московского городского суда от 14 декабря 2023 г. определение суда первой инстанции отменено, в удовлетворении заявления о процессуальном правопреемстве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Второго кассационного суда общей юрисдикции от 28 июня 2024 г. апелляционное определение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ИП Шерстобитовым И.Н. поставлен вопрос об отмене апелляционного определения Московского городского суда от 14 декабря 2023 г. и определения Второго кассационного суда общей юрисдикции от 28 июня 2024 г., как незаконных.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Асташова С.В. от 23 января 2025 г.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дела, обсудив доводы, изложенные в кассационной жалобе, Судебная коллегия по гражданским делам Верховного Суда Российской Федерации находит жалобу подлежащей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390.14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Такие нарушения допущены судами апелляционной и кассационной инстанций при рассмотрении данного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 и из материалов дела следует, что решением Черемушкинского районного суда г. Москвы от 19 июля 2012 г. с учетом определения этого же суда от 3 октября 2012 г. об исправлении описок с Малиашвили Г.Н. и Солдатниковой М.К. солидарно в пользу Банка взыскана задолженность по кредитному договору по состоянию на 15 сентября 2011 г. в размере 23 791 125,40 руб., обращено взыскание на заложенное имущество - земельные участки путем продажи с публичных торгов, а также взысканы с Малиашвили Г.Н. и Солдатниковой М.К. в пользу Банка расходы на уплату государственной пошлины в размере 30 000 руб. и расходы на оплату экспертизы - 98 000 руб. с каждого.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Апелляционным определением судебной коллегии по гражданским делам Московского городского суда от 16 апреля 2013 г. решение изменено в части установления начальной продажной стоимости заложенного имущества, в остальной части решение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г. Москвы от 17 января 2017 г. по делу № А40-242524/15-103-434 Малиашвили Г.Н. признан несостоятельным (банкротом), в отношении него введена процедура реализации имущества.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того же арбитражного суда от 24 июля 2017 г. признаны обоснованными и включены в третью очередь реестра требований кредиторов Малиашвили Г.Н. требования ЗАО КБ "Европейский трастовый банк" в размере 3 800 222,73 руб., из которых: 1 234 805,40 - основной долг, 1 642 044,89 руб. - проценты по кредиту, 632 952,47 руб. - пеня за несвоевременный возврат основного долга, 290 419,97 руб. - пеня за несвоевременный возврат процентов по кредиту.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Соглашением от 30 января 2019 г., заключенным между Малиашвили Г.Н. в лице финансового управляющего Романа В.Б. и Солдатниковой М.К., произведен раздел общего имущества супругов, согласно которому Солдатникова М.К. передала в конкурсную массу должника имущество в виде двух земельных участков, отказалась от выплаты причитающейся ей части выручки в соответствии с пунктом 7 статьи 213.26 Федерального закона от 26 октября 2002 г. № 127-ФЗ "О несостоятельности (банкротстве)", оставив за собой два других земельных участка.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9 февраля 2022 г. между ЗАО КБ "Европейский трастовый банк" и ИП Шерстобитовым И.Н. заключен договор N … уступки прав требования (цессии) долга по кредитному договору в размере 3 800 222,73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г. Москвы от 15 июня 2022 г. произведена замена кредитора Банка на ИП Шерстобитова И.Н.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заявление о процессуальном правопреемстве по настоящему делу, суд первой инстанции исходил из заключенного между Банком и ИП Шерстобитовым И.Н. договора цессии, по условиям которого к последнему перешли права кредитора по кредитному договору с Малиашвили Г.Н. и Солдатниковой М.К.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Отменяя определение суда первой инстанции и отказывая в удовлетворении заявления, суд апелляционной инстанции сослался на то, что уступка права произошла после введения процедуры реализации имущества Малиашвили Г.Н., к участию в деле о банкротстве должника привлечена Солдатникова М.К., исполнившая часть обязательств как поручитель, и в данном деле уже произведена замена взыскателя.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выводами суда апелляционной инстанции согласился кассационный суд общей юрисдикции.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 находит, что с постановлениями судов апелляционной и кассационной инстанций согласиться нельзя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частью 1 статьи 44 Гражданского процессуального кодекса Российской Федерации в случаях выбытия одной из сторон в спорном или установленном решением суда правоотношении (смерть гражданина, реорганизация юридического лица, уступка требования, перевод долга и другие случаи перемены лиц в обязательствах) суд допускает замену этой стороны ее правопреемником. Правопреемство возможно на любой стадии гражданского судопроизводства.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382 Гражданского кодекса Российской Федерации право (требование), принадлежащее на основании обязательства кредитору, может быть передано им другому лицу по сделке (уступка требования) или может перейти к другому лицу на основании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пункта 1 статьи 384 названного кодекса, если иное не предусмотрено законом или договором, право первоначального кредитора переходит к новому кредитору в том объеме и на тех условиях, которые существовали к моменту перехода права. В частности, к новому кредитору переходят права, обеспечивающие исполнение обязательства, а также другие связанные с требованием права, в том числе право на проценты.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35 постановления Пленума Верховного Суда Российской Федерации от 21 декабря 2017 г. № 54 "О некоторых вопросах применения положений главы 24 Гражданского кодекса Российской Федерации о перемене лиц в обязательстве на основании сделки" разъяснено, что, осуществляя процессуальное правопреемство на стадии исполнения судебного акта, суд производит замену цедента цессионарием по заявлению или с согласия последнего в той части, в которой судебный акт не исполнен. Если истек срок для предъявления исполнительного листа к исполнению, суд производит замену только в случае восстановления срока на предъявление исполнительного листа к исполнению (статьи 23, 52 Федерального закона от 2 октября 2007 г. № 229-ФЗ "Об исполнительном производстве").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 и из материалов дела следует, что решением Черемушкинского районного суда г. Москвы от 19 июля 2012 г. с Малиашвили Г.Н. и Солдатниковой М.К. солидарно в пользу ЗАО КБ "Европейский трастовый банк" взыскана задолженность по кредитному договору.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г. Москвы от 17 января 2017 г. Малиашвили Г.Н. признан несостоятельным (банкротом), в отношении него введена процедура реализации имущества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статьи 323 Гражданского кодекса Российской Федерации при солидарной обязанности должников кредитор вправе требовать исполнения как от всех должников совместно, так и от любого из них в отдельности, притом как полностью, так и в части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признание одного из солидарных должников банкротом и введение в отношении него процедуры реализации имущества не могут являться основанием для отказа в удовлетворении заявления правопреемника кредитора о его замене на основании договора цессии в отношении другого солидарного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Солдатникова М.К. не признана несостоятельной (банкротом), то произведенная в рамках дела о банкротстве Малиашвили Г.Н. замена кредитора ЗАО КБ "Европейский трастовый банк" на ИП Шерстобитова И.Н. сама по себе не может повлечь отказа в процессуальном правопреемстве кредитора в отношении солидарного должника - Солдатниковой М.К.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материалов дела следует, что в реестр требований кредиторов Малиашвили Г.Н. включено требование ИП Шерстобитова И.Н. в размере 3 800 222,73 руб. При этом доказательств погашения данного требования не представлено.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у судов апелляционной и кассационной инстанций отсутствовали основания для отмены определения Московского городского суда от 14 декабря 2023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все имеющие значение для дела обстоятельства судом первой инстанции установлены и каких-либо существенных нарушений норм процессуального права не допущено, Судебная коллегия по гражданским делам Верховного Суда Российской Федерации находит апелляционное определение Московского городского суда от 14 декабря 2023 г. и определение Второго кассационного суда общей юрисдикции от 28 июня 2024 г. подлежащими отмене с оставлением в силе определения Черемушкинского районного суда г. Москвы от 12 мая 2023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390.14 - 390.16 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апелляционное определение Московского городского суда от 14 декабря 2023 г. и определение Второго кассационного суда общей юрисдикции от 28 июня 2024 г. отменить, оставить в силе определение Черемушкинского районного суда г. Москвы от 12 мая 2023 г.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оставлено без изменения, поскольку признание одного из солидарных должников банкротом и введение в отношении него процедуры реализации имущества не могут являться основаниями для отказа в удовлетворении заявления правопреемника кредитора о его замене на основании договора цессии в отношении другого солидарного должника.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гражданским делам Верховного Суда Российской Федерации от 04.03.2025 № 5-КГ24-142-К2 (УИД 77RS0032-02-2023-003093-65)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гражданским делам Верховного Суда Российской Федерации от 04.03.2025 № 5-КГ24-142-К2 (УИД 77RS0032-02-2023-003093-65)</dc:title>
  <dc:subject/>
  <dc:creator>CasusLegal</dc:creator>
  <cp:keywords/>
  <dc:description/>
  <cp:lastModifiedBy>CasusLegal</cp:lastModifiedBy>
  <cp:revision>1</cp:revision>
  <dcterms:created xsi:type="dcterms:W3CDTF">2026-08-16T11:30:20Z</dcterms:created>
  <dcterms:modified xsi:type="dcterms:W3CDTF">2026-08-16T11:30:20Z</dcterms:modified>
  <cp:category/>
</cp:coreProperties>
</file>