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08.04.2025 № 12-КГ25-1-К6 (УИД 12RS0003-02-2023-007482-51)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08.04.2025</w:t>
      </w:r>
    </w:p>
    <w:p>
      <w:pPr>
        <w:spacing w:after="40"/>
      </w:pPr>
      <w:r>
        <w:rPr>
          <w:rFonts w:ascii="Inter" w:hAnsi="Inter"/>
          <w:b/>
          <w:color w:val="8B8171"/>
          <w:sz w:val="18"/>
        </w:rPr>
        <w:t xml:space="preserve">Номер дела: </w:t>
      </w:r>
      <w:r>
        <w:rPr>
          <w:rFonts w:ascii="Inter" w:hAnsi="Inter"/>
          <w:color w:val="655D50"/>
          <w:sz w:val="18"/>
        </w:rPr>
        <w:t>12-КГ25-1</w:t>
      </w:r>
    </w:p>
    <w:p>
      <w:pPr>
        <w:spacing w:after="40"/>
      </w:pPr>
      <w:r>
        <w:rPr>
          <w:rFonts w:ascii="Inter" w:hAnsi="Inter"/>
          <w:b/>
          <w:color w:val="8B8171"/>
          <w:sz w:val="18"/>
        </w:rPr>
        <w:t xml:space="preserve">Применённые нормы: </w:t>
      </w:r>
      <w:r>
        <w:rPr>
          <w:rFonts w:ascii="Inter" w:hAnsi="Inter"/>
          <w:color w:val="655D50"/>
          <w:sz w:val="18"/>
        </w:rPr>
        <w:t>ст. 8 ФЗ</w:t>
      </w:r>
    </w:p>
    <w:p>
      <w:pPr>
        <w:spacing w:after="40"/>
      </w:pPr>
      <w:r>
        <w:rPr>
          <w:rFonts w:ascii="Inter" w:hAnsi="Inter"/>
          <w:b/>
          <w:color w:val="8B8171"/>
          <w:sz w:val="18"/>
        </w:rPr>
        <w:t xml:space="preserve">Теги: </w:t>
      </w:r>
      <w:r>
        <w:rPr>
          <w:rFonts w:ascii="Inter" w:hAnsi="Inter"/>
          <w:color w:val="655D50"/>
          <w:sz w:val="18"/>
        </w:rPr>
        <w:t>Кредитный договор, Договор банковского счета, Дистанционное банковское обслуживание, Статья 845 ГК РФ, Статья 854 ГК РФ, Федеральный закон № 161-ФЗ, Несанкционированный перевод денежных средств</w:t>
      </w:r>
    </w:p>
    <w:p>
      <w:pPr>
        <w:widowControl/>
        <w:spacing w:after="280" w:line="312" w:lineRule="auto"/>
        <w:ind w:firstLine="567"/>
        <w:jc w:val="both"/>
      </w:pPr>
      <w:r>
        <w:rPr>
          <w:rFonts w:ascii="Inter" w:hAnsi="Inter"/>
          <w:color w:val="655D50"/>
          <w:sz w:val="24"/>
        </w:rPr>
        <w:t>Заемщиком обязательства по возврату кредита и уплате процентов надлежащим образом не исполнены.</w:t>
      </w:r>
    </w:p>
    <w:p>
      <w:pPr>
        <w:widowControl/>
        <w:spacing w:after="280" w:line="312" w:lineRule="auto"/>
        <w:ind w:firstLine="567"/>
        <w:jc w:val="both"/>
      </w:pPr>
      <w:r>
        <w:rPr>
          <w:rFonts w:ascii="Inter" w:hAnsi="Inter"/>
          <w:color w:val="655D50"/>
          <w:sz w:val="24"/>
        </w:rPr>
        <w:t>12RS0003-02-2023-007482-51 Судебная коллегия по гражданским делам Верховного Суда Российской Федерации в составе председательствующего Марьина А.Н., судей Кротова М.В. и Петрушкина В.А. рассмотрела в открытом судебном заседании гражданское дело по иску Банка ВТБ (публичное акционерное общество) к Орлову Виталию Владимировичу о взыскании задолженности по кредитному договору, по кассационной жалобе Орлова Виталия Владимировича на апелляционное определение судебной коллегии по гражданским делам Верховного Суда Республики Марий Эл от 20 июня 2024 г. и определение судебной коллегии по гражданским делам Шестого кассационного суда общей юрисдикции от 16 октября 2024 г. Заслушав доклад судьи Верховного Суда Российской Федерации Кротова М.В.,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Банк ВТБ (ПАО) обратился в суд с иском к Орлову В.В. о взыскании задолженности по кредитному договору, указав в обоснование заявленных требований, что 25 сентября 2020 г. между Банк ВТБ (ПАО) и Орловым В.В. заключен кредитный договор о предоставлении и использовании банковских карт путем присоединения ответчика к условиям правил предоставления и использования банковских карт Банка ВТБ (ПАО) с разрешенным овердрафтом и тарифов по обслуживанию международных пластиковых карт. Согласно расписке в получении банковской карты заемщику установлен лимит в размере 126 000 руб.</w:t>
      </w:r>
    </w:p>
    <w:p>
      <w:pPr>
        <w:widowControl/>
        <w:spacing w:after="280" w:line="312" w:lineRule="auto"/>
        <w:ind w:firstLine="567"/>
        <w:jc w:val="both"/>
      </w:pPr>
      <w:r>
        <w:rPr>
          <w:rFonts w:ascii="Inter" w:hAnsi="Inter"/>
          <w:color w:val="655D50"/>
          <w:sz w:val="24"/>
        </w:rPr>
        <w:t>Поскольку заемщик в установленные сроки не произвел возврат кредита и уплату процентов за пользование кредитом в полном объеме, истец просил взыскать с ответчика задолженность по кредитному договору в размере 165 853, 60 руб., расходы по уплате государственной пошлины в размере 4 517 руб.</w:t>
      </w:r>
    </w:p>
    <w:p>
      <w:pPr>
        <w:widowControl/>
        <w:spacing w:after="280" w:line="312" w:lineRule="auto"/>
        <w:ind w:firstLine="567"/>
        <w:jc w:val="both"/>
      </w:pPr>
      <w:r>
        <w:rPr>
          <w:rFonts w:ascii="Inter" w:hAnsi="Inter"/>
          <w:color w:val="655D50"/>
          <w:sz w:val="24"/>
        </w:rPr>
        <w:t>Решением Йошкар-Олинского городского суда Республики Марий Эл от 7 февраля 2024 г. в удовлетворении исковых требований Банк ВТБ (ПАО)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Республики Марий Эл от 20 июня 2024 г. решение суда первой инстанции отменено, по делу вынесено новое решение об удовлетворении иска.</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Шестого кассационного суда общей юрисдикции от 16 октября 2024 г. определение суда апелляционной инстанции оставлено без изменения.</w:t>
      </w:r>
    </w:p>
    <w:p>
      <w:pPr>
        <w:widowControl/>
        <w:spacing w:after="280" w:line="312" w:lineRule="auto"/>
        <w:ind w:firstLine="567"/>
        <w:jc w:val="both"/>
      </w:pPr>
      <w:r>
        <w:rPr>
          <w:rFonts w:ascii="Inter" w:hAnsi="Inter"/>
          <w:color w:val="655D50"/>
          <w:sz w:val="24"/>
        </w:rPr>
        <w:t>В кассационной жалобе Орлова В.В.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4 марта 2025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25 сентября 2020 г. между Банк ВТБ (ПАО) и Орловым В.В. заключен кредитный договор о предоставлении и использовании банковских карт путем присоединения ответчика к условиям правил предоставления и использования банковских карт Банка ВТБ (ПАО) с разрешенным овердрафтом и тарифов по обслуживанию международных пластиковых карт. Согласно расписке в получении банковской карты заемщику установлен лимит в размере 126 000 руб.</w:t>
      </w:r>
    </w:p>
    <w:p>
      <w:pPr>
        <w:widowControl/>
        <w:spacing w:after="280" w:line="312" w:lineRule="auto"/>
        <w:ind w:firstLine="567"/>
        <w:jc w:val="both"/>
      </w:pPr>
      <w:r>
        <w:rPr>
          <w:rFonts w:ascii="Inter" w:hAnsi="Inter"/>
          <w:color w:val="655D50"/>
          <w:sz w:val="24"/>
        </w:rPr>
        <w:t>25 августа 2021 г. в системе "ВТБ-Онлайн" по кредитной карте Орлова В.В. в 17:59 со счета N … осуществлен перевод денежных средств в сумме 104 000 руб. на счет дебетовой карты Орлова В.В. N …, при совершении операции банком в 17:59:01 удержана комиссия в сумме 5 720 руб. Общая сумма списанных денежных средств - 109 720 руб., остаток задолженности по карте на 25 августа 2021 г. составил 125 368 руб.</w:t>
      </w:r>
    </w:p>
    <w:p>
      <w:pPr>
        <w:widowControl/>
        <w:spacing w:after="280" w:line="312" w:lineRule="auto"/>
        <w:ind w:firstLine="567"/>
        <w:jc w:val="both"/>
      </w:pPr>
      <w:r>
        <w:rPr>
          <w:rFonts w:ascii="Inter" w:hAnsi="Inter"/>
          <w:color w:val="655D50"/>
          <w:sz w:val="24"/>
        </w:rPr>
        <w:t>25 августа 2021 г. в 18:00 со счета Орлова В.В. N … осуществлен перевод в размере 350 000 руб. клиенту Банка ВТБ (ПАО) Быстровой М.А.</w:t>
      </w:r>
    </w:p>
    <w:p>
      <w:pPr>
        <w:widowControl/>
        <w:spacing w:after="280" w:line="312" w:lineRule="auto"/>
        <w:ind w:firstLine="567"/>
        <w:jc w:val="both"/>
      </w:pPr>
      <w:r>
        <w:rPr>
          <w:rFonts w:ascii="Inter" w:hAnsi="Inter"/>
          <w:color w:val="655D50"/>
          <w:sz w:val="24"/>
        </w:rPr>
        <w:t>Списание денежных средств со счета Орлова В.В. произошло с использованием дистанционного банковского обслуживания, порядок предоставления которого предусмотрен Правилами дистанционного банковского обслуживания физических лиц в Банке ВТБ (ПАО) (далее - Правила ДБО) и регулируются Правилами комплексного обслуживания физических лиц в Банке ВТБ (ПАО).</w:t>
      </w:r>
    </w:p>
    <w:p>
      <w:pPr>
        <w:widowControl/>
        <w:spacing w:after="280" w:line="312" w:lineRule="auto"/>
        <w:ind w:firstLine="567"/>
        <w:jc w:val="both"/>
      </w:pPr>
      <w:r>
        <w:rPr>
          <w:rFonts w:ascii="Inter" w:hAnsi="Inter"/>
          <w:color w:val="655D50"/>
          <w:sz w:val="24"/>
        </w:rPr>
        <w:t>Из постановления СО СУ УМВД России по г. Йошкар-Оле о возбуждении уголовного дела и принятии его к производству от 4 сентября 2021 г. следует, что 25 августа 2021 г. в период времени с 15 часов 58 минут до 18 часов 00 минут, неустановленное лицо, находясь в не установленном следствием месте, совершило тайное хищение денежных средств на общую сумму 350 000 руб., принадлежащих Орлову В.В., результате чего последнему причинен материальный ущерб в крупном размере на указанную сумму.</w:t>
      </w:r>
    </w:p>
    <w:p>
      <w:pPr>
        <w:widowControl/>
        <w:spacing w:after="280" w:line="312" w:lineRule="auto"/>
        <w:ind w:firstLine="567"/>
        <w:jc w:val="both"/>
      </w:pPr>
      <w:r>
        <w:rPr>
          <w:rFonts w:ascii="Inter" w:hAnsi="Inter"/>
          <w:color w:val="655D50"/>
          <w:sz w:val="24"/>
        </w:rPr>
        <w:t>Указанным постановлением было возбуждено уголовное дело по признакам преступления, предусмотренного пунктами "в", "г" части 3 статьи 158 Уголовного кодекса Российской Федерации.</w:t>
      </w:r>
    </w:p>
    <w:p>
      <w:pPr>
        <w:widowControl/>
        <w:spacing w:after="280" w:line="312" w:lineRule="auto"/>
        <w:ind w:firstLine="567"/>
        <w:jc w:val="both"/>
      </w:pPr>
      <w:r>
        <w:rPr>
          <w:rFonts w:ascii="Inter" w:hAnsi="Inter"/>
          <w:color w:val="655D50"/>
          <w:sz w:val="24"/>
        </w:rPr>
        <w:t>10 августа 2023 г. предварительное следствие по настоящему уголовному делу было приостановлено по пункту 1 части 1 статьи 208 Уголовно-процессуального кодекса Российской Федерации. Как следует из мотивировочной части указанного постановления, в ходе предварительного следствия установить лиц, причастных к совершению преступления не представилось возможным.</w:t>
      </w:r>
    </w:p>
    <w:p>
      <w:pPr>
        <w:widowControl/>
        <w:spacing w:after="280" w:line="312" w:lineRule="auto"/>
        <w:ind w:firstLine="567"/>
        <w:jc w:val="both"/>
      </w:pPr>
      <w:r>
        <w:rPr>
          <w:rFonts w:ascii="Inter" w:hAnsi="Inter"/>
          <w:color w:val="655D50"/>
          <w:sz w:val="24"/>
        </w:rPr>
        <w:t>Из показаний потерпевшего Орлова В.В., данных им 13 сентября 2021 г. в рамках уголовного дела N … следует, что 25 августа 2021 г. на номер телефона ответчика Орлова В.В. поступили push-уведомления с текстом о переводе денежных средств. После получения push-уведомлений в 18:08:17 он обратился по телефону горячей линии Банка ВТБ (ПАО) и сообщил о краже денежных средств.</w:t>
      </w:r>
    </w:p>
    <w:p>
      <w:pPr>
        <w:widowControl/>
        <w:spacing w:after="280" w:line="312" w:lineRule="auto"/>
        <w:ind w:firstLine="567"/>
        <w:jc w:val="both"/>
      </w:pPr>
      <w:r>
        <w:rPr>
          <w:rFonts w:ascii="Inter" w:hAnsi="Inter"/>
          <w:color w:val="655D50"/>
          <w:sz w:val="24"/>
        </w:rPr>
        <w:t>Согласно пункту 3.1. Правил ДБО доступ клиента в систему дистанционного банковского обслуживания осуществляется при условии его успешной идентификации, аутентификации в порядке, установленном условиями системы дистанционного банковского обслуживания.</w:t>
      </w:r>
    </w:p>
    <w:p>
      <w:pPr>
        <w:widowControl/>
        <w:spacing w:after="280" w:line="312" w:lineRule="auto"/>
        <w:ind w:firstLine="567"/>
        <w:jc w:val="both"/>
      </w:pPr>
      <w:r>
        <w:rPr>
          <w:rFonts w:ascii="Inter" w:hAnsi="Inter"/>
          <w:color w:val="655D50"/>
          <w:sz w:val="24"/>
        </w:rPr>
        <w:t>В соответствии с пунктом 3.2.4. Правил ДБО клиент обязуется не передавать третьим лицам (в том числе, в постоянное или временное пользование) средства получения кодов, не раскрывать третьим лицам информацию о средствах подтверждения, находящихся в его распоряжении, хранить и использовать средства подтверждения, а также средства получения кодов способами, обеспечивающими невозможность их несанкционированного использования, а также немедленно уведомлять банк обо всех случаях доступа или о предполагаемой возможности доступа третьих лиц к средствам подтверждения/средствам получения кодов.</w:t>
      </w:r>
    </w:p>
    <w:p>
      <w:pPr>
        <w:widowControl/>
        <w:spacing w:after="280" w:line="312" w:lineRule="auto"/>
        <w:ind w:firstLine="567"/>
        <w:jc w:val="both"/>
      </w:pPr>
      <w:r>
        <w:rPr>
          <w:rFonts w:ascii="Inter" w:hAnsi="Inter"/>
          <w:color w:val="655D50"/>
          <w:sz w:val="24"/>
        </w:rPr>
        <w:t>Пунктом 4.3. Правила ДБО предусмотрено, что клиент вправе самостоятельно создать/изменить логин в интернет-банке, мобильном банке, изменить/восстановить пароль посредством интернет-банка, мобильного банка, а также устройства самообслуживания с использованием карты (при наличии технической возможности).</w:t>
      </w:r>
    </w:p>
    <w:p>
      <w:pPr>
        <w:widowControl/>
        <w:spacing w:after="280" w:line="312" w:lineRule="auto"/>
        <w:ind w:firstLine="567"/>
        <w:jc w:val="both"/>
      </w:pPr>
      <w:r>
        <w:rPr>
          <w:rFonts w:ascii="Inter" w:hAnsi="Inter"/>
          <w:color w:val="655D50"/>
          <w:sz w:val="24"/>
        </w:rPr>
        <w:t>Порядок идентификации, а аутентификации в мобильном приложении разъяснен в пункте 4.4. приложения 1 к Правилам ДБО - условия обслуживания в системе ВТБ-Онлайн.</w:t>
      </w:r>
    </w:p>
    <w:p>
      <w:pPr>
        <w:widowControl/>
        <w:spacing w:after="280" w:line="312" w:lineRule="auto"/>
        <w:ind w:firstLine="567"/>
        <w:jc w:val="both"/>
      </w:pPr>
      <w:r>
        <w:rPr>
          <w:rFonts w:ascii="Inter" w:hAnsi="Inter"/>
          <w:color w:val="655D50"/>
          <w:sz w:val="24"/>
        </w:rPr>
        <w:t>В силу пункта 4.4.1. условий обслуживания в системе ВТБ-Онлайн первая авторизация в мобильном приложении осуществляется при условии успешной идентификации клиента на основании уникального личного номера карты и аутентификации на основании SMS/Push-кода, направленного банком на доверительный номер телефона/ранее зарегистрированное в банке мобильное устройство клиента.</w:t>
      </w:r>
    </w:p>
    <w:p>
      <w:pPr>
        <w:widowControl/>
        <w:spacing w:after="280" w:line="312" w:lineRule="auto"/>
        <w:ind w:firstLine="567"/>
        <w:jc w:val="both"/>
      </w:pPr>
      <w:r>
        <w:rPr>
          <w:rFonts w:ascii="Inter" w:hAnsi="Inter"/>
          <w:color w:val="655D50"/>
          <w:sz w:val="24"/>
        </w:rPr>
        <w:t>При первой авторизации в мобильном приложении клиент назначает Passcode в порядке, установленном пунктом 5.5. настоящих условий, и может активировать в мобильном приложении специальный порядок аутентификации в порядке, установленном пунктом 4.5. настоящих условий.</w:t>
      </w:r>
    </w:p>
    <w:p>
      <w:pPr>
        <w:widowControl/>
        <w:spacing w:after="280" w:line="312" w:lineRule="auto"/>
        <w:ind w:firstLine="567"/>
        <w:jc w:val="both"/>
      </w:pPr>
      <w:r>
        <w:rPr>
          <w:rFonts w:ascii="Inter" w:hAnsi="Inter"/>
          <w:color w:val="655D50"/>
          <w:sz w:val="24"/>
        </w:rPr>
        <w:t>Специальный порядок аутентификации может быть активирован как при первой успешной авторизации в мобильном приложении, так и после любой последующей авторизации в мобильном приложении с использованием Passcode.</w:t>
      </w:r>
    </w:p>
    <w:p>
      <w:pPr>
        <w:widowControl/>
        <w:spacing w:after="280" w:line="312" w:lineRule="auto"/>
        <w:ind w:firstLine="567"/>
        <w:jc w:val="both"/>
      </w:pPr>
      <w:r>
        <w:rPr>
          <w:rFonts w:ascii="Inter" w:hAnsi="Inter"/>
          <w:color w:val="655D50"/>
          <w:sz w:val="24"/>
        </w:rPr>
        <w:t>Вторая и последующая авторизации в мобильном приложении осуществляются: с использованием Passcode путем его непосредственного ввода клиентом в интерфейсе мобильного приложения либо посредством применения специального порядка аутентификации (если специальный порядок аутентификации был активирован клиентом в порядке, установленном пунктом 4.5. настоящих условий); при условии успешной идентификации на основании идентификатора клиента в мобильном приложении, созданного при назначении клиентом Passcode в порядке, установленном пунктом 5.5 настоящих условий, и аутентификации на основании одноразового пароля (One Time Password), генерация которого выполняется средствами мобильного приложения в случае успешной проверки банком идентификатора клиента в мобильном приложении.</w:t>
      </w:r>
    </w:p>
    <w:p>
      <w:pPr>
        <w:widowControl/>
        <w:spacing w:after="280" w:line="312" w:lineRule="auto"/>
        <w:ind w:firstLine="567"/>
        <w:jc w:val="both"/>
      </w:pPr>
      <w:r>
        <w:rPr>
          <w:rFonts w:ascii="Inter" w:hAnsi="Inter"/>
          <w:color w:val="655D50"/>
          <w:sz w:val="24"/>
        </w:rPr>
        <w:t>В силу пункта 5.1. условий обслуживания в системе ВТБ-Онлайн подписание распоряжений в ВТБ-Онлайн производится клиентом при помощи следующих средств подтверждения: SMS/Push-кодов, сформированных генератором паролей кодов подтверждения, в случае использования мобильного приложения, в том числе при помощи Passcode.</w:t>
      </w:r>
    </w:p>
    <w:p>
      <w:pPr>
        <w:widowControl/>
        <w:spacing w:after="280" w:line="312" w:lineRule="auto"/>
        <w:ind w:firstLine="567"/>
        <w:jc w:val="both"/>
      </w:pPr>
      <w:r>
        <w:rPr>
          <w:rFonts w:ascii="Inter" w:hAnsi="Inter"/>
          <w:color w:val="655D50"/>
          <w:sz w:val="24"/>
        </w:rPr>
        <w:t>Согласно пункту 5.4. условий обслуживания в системе ВТБ-Онлайн подписание электронного документа производится клиентом с помощью идентификатора, пароля и средства подтверждения (за исключением использования Passcode), образующих в сочетании уникальную последовательность символов, предназначенную для создания простой электронной подписи.</w:t>
      </w:r>
    </w:p>
    <w:p>
      <w:pPr>
        <w:widowControl/>
        <w:spacing w:after="280" w:line="312" w:lineRule="auto"/>
        <w:ind w:firstLine="567"/>
        <w:jc w:val="both"/>
      </w:pPr>
      <w:r>
        <w:rPr>
          <w:rFonts w:ascii="Inter" w:hAnsi="Inter"/>
          <w:color w:val="655D50"/>
          <w:sz w:val="24"/>
        </w:rPr>
        <w:t>Согласно пункту 5.4.1. Правил ДБО банк предоставляет клиенту SMS/Push-коды, формируемые и направляемые средствами ВТБ-Онлайн по запросу клиента на доверенный номер телефона. Для аутентификации, подтверждения (подписания) распоряжения/заявления по продукту/услуге или других совершаемых действий в ВТБ-Онлайн, Клиент сообщает банку код-SMS/Push-код, содержащийся в SMS/Push-сообщении, правильность которого проверяется банком.</w:t>
      </w:r>
    </w:p>
    <w:p>
      <w:pPr>
        <w:widowControl/>
        <w:spacing w:after="280" w:line="312" w:lineRule="auto"/>
        <w:ind w:firstLine="567"/>
        <w:jc w:val="both"/>
      </w:pPr>
      <w:r>
        <w:rPr>
          <w:rFonts w:ascii="Inter" w:hAnsi="Inter"/>
          <w:color w:val="655D50"/>
          <w:sz w:val="24"/>
        </w:rPr>
        <w:t>Получив по своему запросу сообщение с SMS/Push-кодом, клиент обязан сверить данные совершаемой операции/проводимого действия с информацией, содержащейся в сообщении, и вводить SMS/Push-код только при условии согласия клиента с проводимой операцией/действием. Положительный результат проверки SMS/Push-кода банком означает, что распоряжение/заявление по продукту/услуге или иное действие клиента в ВТБ-Онлайн подтверждено, а соответствующий электронный документ подписан простой электронной подписью клиента (пункт 5.4.2. правил дистанционного банковского обслуживания).</w:t>
      </w:r>
    </w:p>
    <w:p>
      <w:pPr>
        <w:widowControl/>
        <w:spacing w:after="280" w:line="312" w:lineRule="auto"/>
        <w:ind w:firstLine="567"/>
        <w:jc w:val="both"/>
      </w:pPr>
      <w:r>
        <w:rPr>
          <w:rFonts w:ascii="Inter" w:hAnsi="Inter"/>
          <w:color w:val="655D50"/>
          <w:sz w:val="24"/>
        </w:rPr>
        <w:t>В соответствии с пунктом 7.1.1. Правила ДБО клиент несет ответственность за несанкционированный доступ третьих лиц к мобильному устройству, на который банк направляет пароль, ОЦП, SMS/Push-коды и/или уведомления.</w:t>
      </w:r>
    </w:p>
    <w:p>
      <w:pPr>
        <w:widowControl/>
        <w:spacing w:after="280" w:line="312" w:lineRule="auto"/>
        <w:ind w:firstLine="567"/>
        <w:jc w:val="both"/>
      </w:pPr>
      <w:r>
        <w:rPr>
          <w:rFonts w:ascii="Inter" w:hAnsi="Inter"/>
          <w:color w:val="655D50"/>
          <w:sz w:val="24"/>
        </w:rPr>
        <w:t>В соответствии с пунктом 7.1.2. Правила ДБО клиент поставлен в известность, в полной мере осознает и соглашается, что сеть "Интернет", канал связи, используемый мобильным устройством, являются незащищенными каналами связи; передача конфиденциальной информации на указанные клиентом почтовый адрес, номер мобильного телефона, адрес электронной почты, иная передача информации с использованием сети "Интернет" и/или каналов мобильной связи влечет риск несанкционированного доступа к такой информации третьих лиц.</w:t>
      </w:r>
    </w:p>
    <w:p>
      <w:pPr>
        <w:widowControl/>
        <w:spacing w:after="280" w:line="312" w:lineRule="auto"/>
        <w:ind w:firstLine="567"/>
        <w:jc w:val="both"/>
      </w:pPr>
      <w:r>
        <w:rPr>
          <w:rFonts w:ascii="Inter" w:hAnsi="Inter"/>
          <w:color w:val="655D50"/>
          <w:sz w:val="24"/>
        </w:rPr>
        <w:t>Решением уполномоченного по правам потребителей финансовых услуг в сферах кредитной кооперации, деятельности кредитных организаций, ломбардов и негосударственных пенсионных фондов от 7 октября 2021 г. отказано в удовлетворении требований о взыскании денежных средств, списанных Банком ВТБ (ПАО) без распоряжения Орлова В.В. со счета кредитной карты.</w:t>
      </w:r>
    </w:p>
    <w:p>
      <w:pPr>
        <w:widowControl/>
        <w:spacing w:after="280" w:line="312" w:lineRule="auto"/>
        <w:ind w:firstLine="567"/>
        <w:jc w:val="both"/>
      </w:pPr>
      <w:r>
        <w:rPr>
          <w:rFonts w:ascii="Inter" w:hAnsi="Inter"/>
          <w:color w:val="655D50"/>
          <w:sz w:val="24"/>
        </w:rPr>
        <w:t>Разрешая спор по существу и отказывая Банку ВТБ (ПАО) в удовлетворении заявленных требований, суд первой инстанции исходил из того, что характер операций, совершенных 25 августа 2021 г. по счетам Орлова В.В., указывал на перевод денежных средств без согласия клиента и давал банку достаточные основания усомниться в наличии согласия клиента на распоряжение денежными средствами путем перевода между своими счетами и осуществить приостановление операции с последующим запросом у клиента подтверждения исполнения распоряжения, что истцом сделано не было, в связи с чем денежные средства, перечисленные на банковские счета, держателем которых ответчик не является, не могут быть признаны кредитной задолженностью Орлова В.В.</w:t>
      </w:r>
    </w:p>
    <w:p>
      <w:pPr>
        <w:widowControl/>
        <w:spacing w:after="280" w:line="312" w:lineRule="auto"/>
        <w:ind w:firstLine="567"/>
        <w:jc w:val="both"/>
      </w:pPr>
      <w:r>
        <w:rPr>
          <w:rFonts w:ascii="Inter" w:hAnsi="Inter"/>
          <w:color w:val="655D50"/>
          <w:sz w:val="24"/>
        </w:rPr>
        <w:t>Суд апелляционной инстанции с выводами суда первой инстанции не согласился и, указав, что при проведении операций банком соблюдены требования об идентификации и аутентификации клиента, распоряжения о проведении соответствующих операций даны банку в предусмотренном договором дистанционного банковского обслуживания порядке, какие-либо сомнения в достоверности данных распоряжений клиента, а также предположение, что они совершаются неуполномоченным лицом отсутствовали, оснований для отказа в осуществлении операций у Банка ВТБ (ПАО) не имелось, решение суда отменил с вынесением нового решения об отказе в иске.</w:t>
      </w:r>
    </w:p>
    <w:p>
      <w:pPr>
        <w:widowControl/>
        <w:spacing w:after="280" w:line="312" w:lineRule="auto"/>
        <w:ind w:firstLine="567"/>
        <w:jc w:val="both"/>
      </w:pPr>
      <w:r>
        <w:rPr>
          <w:rFonts w:ascii="Inter" w:hAnsi="Inter"/>
          <w:color w:val="655D50"/>
          <w:sz w:val="24"/>
        </w:rPr>
        <w:t>С такими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обжалуемыми судебными постановлениями нельзя согласиться по следующим основаниям.</w:t>
      </w:r>
    </w:p>
    <w:p>
      <w:pPr>
        <w:widowControl/>
        <w:spacing w:after="280" w:line="312" w:lineRule="auto"/>
        <w:ind w:firstLine="567"/>
        <w:jc w:val="both"/>
      </w:pPr>
      <w:r>
        <w:rPr>
          <w:rFonts w:ascii="Inter" w:hAnsi="Inter"/>
          <w:color w:val="655D50"/>
          <w:sz w:val="24"/>
        </w:rPr>
        <w:t>Согласно пункту 4 статьи 847 Гражданского кодекса Российской Федерации договором может быть предусмотрено удостоверение прав распоряжения денежными суммами, находящимися на счете, электронными средствами платежа и иными способами с использованием в них аналогов собственноручной подписи (пункт 2 статьи 160), кодов, паролей и других средств, подтверждающих, что распоряжение дано уполномоченным на это лицом.</w:t>
      </w:r>
    </w:p>
    <w:p>
      <w:pPr>
        <w:widowControl/>
        <w:spacing w:after="280" w:line="312" w:lineRule="auto"/>
        <w:ind w:firstLine="567"/>
        <w:jc w:val="both"/>
      </w:pPr>
      <w:r>
        <w:rPr>
          <w:rFonts w:ascii="Inter" w:hAnsi="Inter"/>
          <w:color w:val="655D50"/>
          <w:sz w:val="24"/>
        </w:rPr>
        <w:t>В соответствии со статьей 854 указанного кодекса списание денежных средств со счета осуществляется банком на основании распоряжения клиента (пункт 1).</w:t>
      </w:r>
    </w:p>
    <w:p>
      <w:pPr>
        <w:widowControl/>
        <w:spacing w:after="280" w:line="312" w:lineRule="auto"/>
        <w:ind w:firstLine="567"/>
        <w:jc w:val="both"/>
      </w:pPr>
      <w:r>
        <w:rPr>
          <w:rFonts w:ascii="Inter" w:hAnsi="Inter"/>
          <w:color w:val="655D50"/>
          <w:sz w:val="24"/>
        </w:rPr>
        <w:t>При приеме к исполнению платежного поручения банк обязан удостовериться в праве плательщика распоряжаться денежными средствами, проверить соответствие платежного поручения установленным требованиям, достаточность денежных средств для исполнения платежного поручения, а также выполнить иные процедуры приема к исполнению распоряжений, предусмотренные законом, банковскими правилами и договором (абзац 1 пункта 2 статьи 864 Гражданского кодекса Российской Федерации).</w:t>
      </w:r>
    </w:p>
    <w:p>
      <w:pPr>
        <w:widowControl/>
        <w:spacing w:after="280" w:line="312" w:lineRule="auto"/>
        <w:ind w:firstLine="567"/>
        <w:jc w:val="both"/>
      </w:pPr>
      <w:r>
        <w:rPr>
          <w:rFonts w:ascii="Inter" w:hAnsi="Inter"/>
          <w:color w:val="655D50"/>
          <w:sz w:val="24"/>
        </w:rPr>
        <w:t>Аналогичные требования содержатся в части 4 статьи 8 Федерального закона от 27 июня 2011 г. № 161-ФЗ "О национальной платежной системе" (далее ФЗ "О национальной платежной системе").</w:t>
      </w:r>
    </w:p>
    <w:p>
      <w:pPr>
        <w:widowControl/>
        <w:spacing w:after="280" w:line="312" w:lineRule="auto"/>
        <w:ind w:firstLine="567"/>
        <w:jc w:val="both"/>
      </w:pPr>
      <w:r>
        <w:rPr>
          <w:rFonts w:ascii="Inter" w:hAnsi="Inter"/>
          <w:color w:val="655D50"/>
          <w:sz w:val="24"/>
        </w:rPr>
        <w:t>В соответствии с пунктом 11 статьи 9 ФЗ "О национальной платежной системе" в случае утраты электронного средства платежа и (или) его использования без добровольного согласия клиента клиент обязан направить соответствующее уведомление оператору по переводу денежных средств в предусмотренной договором форме незамедлительно после обнаружения факта утраты электронного средства платежа и (или) его использования без добровольного согласия клиента, но не позднее дня, следующего за днем получения от оператора по переводу денежных средств уведомления о совершенной операции.</w:t>
      </w:r>
    </w:p>
    <w:p>
      <w:pPr>
        <w:widowControl/>
        <w:spacing w:after="280" w:line="312" w:lineRule="auto"/>
        <w:ind w:firstLine="567"/>
        <w:jc w:val="both"/>
      </w:pPr>
      <w:r>
        <w:rPr>
          <w:rFonts w:ascii="Inter" w:hAnsi="Inter"/>
          <w:color w:val="655D50"/>
          <w:sz w:val="24"/>
        </w:rPr>
        <w:t>В пункте 3 Приказа Банка России от 27 сентября 2018 г. № ОД-2525 утверждены признаки осуществления перевода денежных средств без согласия клиента, определены критерии, такие как несоответствие характера и (или) параметров, и (или) объема проводимой операции (время (дни) осуществления операции, место осуществления операции, устройство, с использованием которого осуществляется операция и параметры использования, сумма осуществления операции, периодичность (частота) осуществления операций, получатель средств) операциям, обычно совершаемым клиентом оператора по переводу денежных средств (осуществляемой клиентом деятельности).</w:t>
      </w:r>
    </w:p>
    <w:p>
      <w:pPr>
        <w:widowControl/>
        <w:spacing w:after="280" w:line="312" w:lineRule="auto"/>
        <w:ind w:firstLine="567"/>
        <w:jc w:val="both"/>
      </w:pPr>
      <w:r>
        <w:rPr>
          <w:rFonts w:ascii="Inter" w:hAnsi="Inter"/>
          <w:color w:val="655D50"/>
          <w:sz w:val="24"/>
        </w:rPr>
        <w:t>Как следует из материалов дела, банком не оспаривалось, что после получения указанных уведомлений истец в кратчайшее время сообщил ответчику об отсутствии воли клиента на осуществление операций с его денежными средствами.</w:t>
      </w:r>
    </w:p>
    <w:p>
      <w:pPr>
        <w:widowControl/>
        <w:spacing w:after="280" w:line="312" w:lineRule="auto"/>
        <w:ind w:firstLine="567"/>
        <w:jc w:val="both"/>
      </w:pPr>
      <w:r>
        <w:rPr>
          <w:rFonts w:ascii="Inter" w:hAnsi="Inter"/>
          <w:color w:val="655D50"/>
          <w:sz w:val="24"/>
        </w:rPr>
        <w:t>При этом последовательные действия по переводу денежных средств с одной карты на другую Орлова В.В. через ВТБ-Онлайн, установленного в мобильном устройстве, откуда незамедлительно были переведены на счет третьего лица Быстровой М.А., при не направлении Банком SMS-кода, при должной степени осмотрительности и предосторожности со стороны банка, применительно к положениям статьи 10 Гражданского кодекса Российской Федерации и частями 5 и 5.3 статьи 8 ФЗ "О национальной платежной системе" позволяли оператору по переводу денежных средств, с учетом интересов потребителя и обеспечения безопасности дистанционного предоставления услуг, усомниться в наличии согласия клиента на распоряжение денежными средствами путем перевода между своими счетами и осуществить приостановление операции, с последующим запросом у клиента подтверждения возобновления исполнения распоряжения.</w:t>
      </w:r>
    </w:p>
    <w:p>
      <w:pPr>
        <w:widowControl/>
        <w:spacing w:after="280" w:line="312" w:lineRule="auto"/>
        <w:ind w:firstLine="567"/>
        <w:jc w:val="both"/>
      </w:pPr>
      <w:r>
        <w:rPr>
          <w:rFonts w:ascii="Inter" w:hAnsi="Inter"/>
          <w:color w:val="655D50"/>
          <w:sz w:val="24"/>
        </w:rPr>
        <w:t>Вместе с тем, судом апелляционной инстанции не учтено, что при осуществлении операций по переводу денежных средств со счетов Орлова В.В. вход в личный кабинет ответчика осуществлялся со сторонних IP-адресов, при этом SMS/Push-коды в нарушение пункта 5.4.1. Правил ДБО для подтверждения на доверенный телефон клиента не направлялись, а были направлены только push-уведомления с текстом о переводе денежных средств.</w:t>
      </w:r>
    </w:p>
    <w:p>
      <w:pPr>
        <w:widowControl/>
        <w:spacing w:after="280" w:line="312" w:lineRule="auto"/>
        <w:ind w:firstLine="567"/>
        <w:jc w:val="both"/>
      </w:pPr>
      <w:r>
        <w:rPr>
          <w:rFonts w:ascii="Inter" w:hAnsi="Inter"/>
          <w:color w:val="655D50"/>
          <w:sz w:val="24"/>
        </w:rPr>
        <w:t>Кроме того, указания суда апелляционной инстанции на то, что при проведении операций соблюдены требования об идентификации и аутентификации клиента, не опровергают выводов суда первой инстанции о совершении распоряжения от имени Орлова В.В., но без его участия, а также отсутствии его волеизъявления на использование кредитных средств.</w:t>
      </w:r>
    </w:p>
    <w:p>
      <w:pPr>
        <w:widowControl/>
        <w:spacing w:after="280" w:line="312" w:lineRule="auto"/>
        <w:ind w:firstLine="567"/>
        <w:jc w:val="both"/>
      </w:pPr>
      <w:r>
        <w:rPr>
          <w:rFonts w:ascii="Inter" w:hAnsi="Inter"/>
          <w:color w:val="655D50"/>
          <w:sz w:val="24"/>
        </w:rPr>
        <w:t>Таким образом выводы суда апелляционной инстанции не соответствуют нормам права и установленным обстоятельствам дела.</w:t>
      </w:r>
    </w:p>
    <w:p>
      <w:pPr>
        <w:widowControl/>
        <w:spacing w:after="280" w:line="312" w:lineRule="auto"/>
        <w:ind w:firstLine="567"/>
        <w:jc w:val="both"/>
      </w:pPr>
      <w:r>
        <w:rPr>
          <w:rFonts w:ascii="Inter" w:hAnsi="Inter"/>
          <w:color w:val="655D50"/>
          <w:sz w:val="24"/>
        </w:rPr>
        <w:t>Кассационный суд общей юрисдикции допущенные судом апелляционной инстанции нарушения закона не устранил.</w:t>
      </w:r>
    </w:p>
    <w:p>
      <w:pPr>
        <w:widowControl/>
        <w:spacing w:after="280" w:line="312" w:lineRule="auto"/>
        <w:ind w:firstLine="567"/>
        <w:jc w:val="both"/>
      </w:pPr>
      <w:r>
        <w:rPr>
          <w:rFonts w:ascii="Inter" w:hAnsi="Inter"/>
          <w:color w:val="655D50"/>
          <w:sz w:val="24"/>
        </w:rPr>
        <w:t>Приведенные выше нарушения норм права являются существенными, поскольку могли повлиять на исход дела, а устранение этих нарушений невозможно без отмены апелляционного и кассационного определений и нового апелляционного рассмотрения дела.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апелляционное определение судебной коллегии по гражданским делам Верховного Суда Республики Марий Эл от 20 июня 2024 г. и определение судебной коллегии по гражданским делам Шестого кассационного суда общей юрисдикции от 16 октября 2024 г. подлежат отмене, а дело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Верховного Суда Республики Марий Эл от 20 июня 2024 г. и определение судебной коллегии по гражданским делам Шестого кассационного суда общей юрисдикции от 16 октября 2024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судом не учтено то, что при осуществлении операций по переводу денежных средств со счетов заемщика вход в его личный кабинет осуществлялся со сторонних IP-адресов, при этом SMS/push-коды в нарушение правил обслуживания для подтверждения на доверенный телефон клиента не направлялись, а были направлены только push-уведомления с текстом о переводе денежных средств.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08.04.2025 № 12-КГ25-1-К6 (УИД 12RS0003-02-2023-007482-51)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08.04.2025 № 12-КГ25-1-К6 (УИД 12RS0003-02-2023-007482-51)</dc:title>
  <dc:subject/>
  <dc:creator>CasusLegal</dc:creator>
  <cp:keywords/>
  <dc:description/>
  <cp:lastModifiedBy>CasusLegal</cp:lastModifiedBy>
  <cp:revision>1</cp:revision>
  <dcterms:created xsi:type="dcterms:W3CDTF">2026-08-16T11:30:42Z</dcterms:created>
  <dcterms:modified xsi:type="dcterms:W3CDTF">2026-08-16T11:30:42Z</dcterms:modified>
  <cp:category/>
</cp:coreProperties>
</file>