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гражданским делам Верховного Суда Российской Федерации от 12.12.2023 № 24-КГ23-24-К4 (УИД 01RS0004-01-2020-003399-11)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(СКГД)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12.12.2023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24-КГ23-24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 ФЗ, ст. 7 ФЗ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Материнский (семейный) капитал, Общая долевая собственность, Ипотека, Залог недвижимости, Федеральный закон № 256-ФЗ, Статья 38.1 Федерального закона № 102-ФЗ, Оспаривание сделок, Права несовершеннолетних детей, Семейное право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Истец указал, что ответчик, использовав средства материнского капитала на приобретение доли жилого дома, не зарегистрировала за своими детьми право общей долевой собственности на дом и участок, заключила оспариваемую сделку без их согласия.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01RS0004-01-2020-003399-11 Судебная коллегия по гражданским делам Верховного Суда Российской Федерации в составе председательствующего Москаленко Ю.П., судей Рыженкова А.М., Юрьева И.М. рассмотрела в открытом судебном заседании гражданское дело по иску Ушакова Андрея Александровича, действующего в интересах несовершеннолетнего Ушакова Г.А., Антрушина Мирослава Игоревича к Ушаковой Ольге Николаевне, ПАО "Совкомбанк" о прекращении права собственности, признании права общей долевой собственности, признании договора залога (ипотеки) недвижимости недействительным по кассационной жалобе Ушакова Андрея Александровича, действующего в интересах несовершеннолетнего Ушакова Г.А. на решение Майкопского городского суда Республики Адыгея от 11 апреля 2022 г., апелляционное определение судебной коллегии по гражданским делам Верховного Суда Республики Адыгея от 6 сентября 2022 г. и определение судебной коллегии по гражданским делам Четвертого кассационного суда общей юрисдикции от 2 марта 2023 г. Заслушав доклад судьи Верховного Суда Российской Федерации Юрьева И.М., выслушав объяснения Ушаковой О.Н., поддержавшей доводы кассационной жалобы, Судебная коллегия по гражданским делам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Ушаков А.А., действующий в интересах несовершеннолетнего Ушакова Г.А., и Антрушин М.И. обратились в суд с иском к Ушаковой О.Н. и ПАО "Совкомбанк" о прекращении права собственности, признании права общей долевой собственности, признании договора залога (ипотеки) недвижимости недействительным.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обоснование исковых требований истцы указали, что Ушакова О.Н. является матерью Ушакова Г.А. и Антрушина М.И. Брак Ушакова А.А. с ответчиком Ушаковой О.Н. расторгнут в марте 2008 года. 20 апреля 2010 г. между Ушаковым А.А. и Ушаковой О.Н. заключен договор купли-продажи 1/4 доли в праве собственности на недостроенный жилой дом, расположенный по адресу: …. При приобретении указанной доли Ушаковой О.Н. были использованы средства материнского (семейного) капитала. Приобретая 1/4 доли в праве собственности на недостроенный жилой дом, Ушакова О.Н. взяла на себя обязательство по оформлению жилого дома в общую собственность лица, получившего сертификат, его супруга, детей и иных совместно проживающих членов семьи с определением размера долей по соглашению. Жилой дом, расположенный по адресу: …, был достроен, сдан в эксплуатацию. Однако, по мнению истцов, ответчик Ушакова О.Н. свои обязательства по оформлению указанного объекта недвижимости в общую собственность сторон с определением долей в праве собственности до настоящего времени не исполнила.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06 марта 2019 г. Ушакова О.Н. заключила с ПАО "Совкомбанк" договор залога (ипотеки), согласно которому в обеспечение кредитного договора передала в залог жилой дом и земельный участок, расположенные по адресу: …. Поскольку Ушакова О.Н. не зарегистрировала за своими детьми право общей долевой собственности на жилой дом и земельный участок, договор залога (ипотеки) заключен без согласия органов опеки и попечительства, то данный договор нарушает права детей, не соответствует закону и в силу статьи 168 Гражданского кодекса Российской Федерации является ничтожной сделкой.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изложенного истцы с учетом уточнения исковых требований просили признать за Антрушиным М.И. и Ушаковым Г.А. право общей долевой собственности на жилой дом общей площадью 496,1 кв. м с кадастровым номером … и земельный участок площадью 907 кв. м с кадастровым номером …, расположенные по адресу: …, по 1/8 доли за каждым, признать за Ушаковой О.Н. право общей долевой собственности на 3/4 доли в праве собственности на указанные жилой дом и земельный участок, признать договор залога (ипотеки) от 6 марта 2019 г. N …, заключенный между ПАО "Совкомбанк" и Ушаковой О.Н., в части 1/4 доли в праве собственности на названные жилой дом и земельный участок недействительным, применить последствия недействительности сделки и признать обременение в виде залога на 1/4 доли в праве собственности на жилой дом и земельный участок отсутствующим.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Майкопского городского суда Республики Адыгея от 11 апреля 2022 г. в удовлетворении исковых требований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Апелляционным определением судебной коллегии по гражданским делам Верховного Суда Республики Адыгея от 6 сентября 2022 г. решение Майкопского городского суда Республики Адыгея от 11 апреля 2022 г.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судебной коллегии по гражданским делам Четвертого кассационного суда общей юрисдикции от 2 марта 2023 г. решение Майкопского городского суда Республики Адыгея от 11 апреля 2022 г. и апелляционное определение судебной коллегии по гражданским делам Верховного Суда Республики Адыгея от 6 сентября 2022 г. оставлены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Ушаковым А.А., действующим в интересах несовершеннолетнего Ушакова Г.А., поставлен вопрос о передаче жалобы с делом для рассмотрения в судебном заседании Судебной коллегии по гражданским делам Верховного Суда Российской Федерации для отмены указанных судебных постановлений, как незаконных.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Юрьева И.М. от 9 ноября 2023 г.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дела, обсудив доводы кассационной жалобы, Судебная коллегия по гражданским делам Верховного Суда Российской Федерации находит, что имеются основания для частичной отмены обжалуемых судебных постановлений.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390.14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(или) норм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Такого характера существенные нарушения норм материального и процессуального права были допущены при рассмотрении настоящего дела судами первой и апелляционной инстанций и кассационным судом общей юрисдикции.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судом и следует из материалов дела, Ушакова О.Н. является матерью Антрушина М.И., … года рождения, и Ушакова Г.А., … года рождения.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20 апреля 2010 г. между Ушаковым А.А. и Ушаковой О.Н. был заключен договор купли-продажи 1/4 доли в праве собственности на недостроенный жилой дом, расположенный по адресу: …. В соответствии с пунктом 3 договора купли-продажи стоимость данной доли определена в размере 350 000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27 апреля 2010 г. Ушаковой О.Н. подано заявление о распоряжении средствами (частью средств) материнского (семейного) капитала и направлении указанных средств на погашение основного долга и уплату процентов по договору займа на приобретение жилого помещения, заключенному с ООО "Предприятие Форвард".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нотариально удостоверенного обязательства от 28 апреля 2010 г., Ушакова О.Н. приняла на себя обязательство по оформлению в течение шести месяцев после перечисления Пенсионным фондом Российской Федерации средств материнского (семейного) капитала в общую собственность лица, получившего сертификат, его супруга, детей и иных совместно проживающих членов семьи с определением размера долей по соглашению в отношении 1/4 доли в праве собственности на недостроенный жилой дом, расположенный по адресу: …, приобретенной на средства материнского (семейного) капитала.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решением Государственного учреждения - Управления Пенсионного фонда Российской Федерации в г. Майкопе Республики Адыгея от 25 мая 2010 г. № 72 произведено перечисление средств материнского (семейного) капитала в сумме 330 178,75 руб. на счет получателя средств ООО "Предприятие Форвард".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установлено, что обязательства Ушаковой О.Н. по оформлению объекта недвижимости в общую собственность членов своей семьи исполнены не были.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06 марта 2019 г. между ПАО "Совкомбанк" и Ушаковой О.Н. заключен кредитный договор N …, согласно которому банк предоставил Ушаковой О.Н. кредит в сумме 4 024 167,56 руб. под 18,9% годовых сроком на 120 месяцев.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качестве обеспечения своих обязательств по кредитному договору от 6 марта 2019 г. N … Ушакова О.Н. в тот же день заключила с ПАО "Совкомбанк" договор залога (ипотеки) N …, согласно условиям которого Ушакова О.Н. передала в залог принадлежащее ей на праве собственности недвижимое имущество: здание (жилой дом) общей площадью 496,1 кв. м с кадастровым (условным) номером …, расположенное по адресу: …; земельный участок площадью 907 кв. м с кадастровым номером …, расположенный по адресу: ….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 и отказывая в удовлетворении исковых требований, суд первой инстанции исходил из того, что при заключении договора залога (ипотеки) ПАО "Совкомбанк" были представлены документы, подтверждающие наличие у залогодателя права собственности на предмет залога, учел, что при совершении оспариваемой сделки право собственности на спорное недвижимое имущество было зарегистрировано за Ушаковой О.Н., которая являлась единственным собственником переданного в залог имущества, в то время как Антрушин М.И. и несовершеннолетний Ушаков Г.А. собственниками заложенного имущества не являлись, в связи с чем прав и законных интересов, связанных с предметом залога, на момент заключения договора у детей Ушаковой О.Н. не имелось.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инстанций и кассационный суд общей юрисдикции согласились с выводами суда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Российской Федерации находит, что выводы судов в части отказа в иске о прекращении права собственности и о признании права общей долевой собственности сделаны с существенным нарушением норм материального и процессуального права и согласиться с ними нельзя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195 Гражданского процессуального кодекса Российской Федерации решение суда должно быть законным и обоснованным.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Пленумом Верховного Суда Российской Федерации в пунктах 2 и 3 постановления от 19 декабря 2003 г. № 23 "О судебном решении" разъяснено, что решение является законным в том случае, когда оно принято при точном соблюдении норм процессуального права и в полном соответствии с нормами материального права, которые подлежат применению к данному правоотношению, или основано на применении в необходимых случаях аналогии закона или аналогии права (часть 1 статьи 1, часть 3 статьи 11 Гражданского процессуального кодекса Российской Федерации). Решение является обоснованным тогда, когда имеющие значение для дела факты подтверждены исследованными судом доказательствами, удовлетворяющими требованиям закона об их относимости и допустимости, или обстоятельствами, не нуждающимися в доказывании (статьи 55, 59 - 61, 67 Гражданского процессуального кодекса Российской Федерации), а также тогда, когда оно содержит исчерпывающие выводы суда, вытекающие из установленных фактов.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обжалуемое решение суда указанным требованиям закона не соответствует, поскольку в нем не приведены нормы права и не указаны мотивы, по которым суд первой инстанции пришел к выводу об отказе в удовлетворении исковых требований в части прекращения права собственности Ушаковой О.Н. и признания права общей долевой собственности Ушакова Г.А., Антрушина М.И. и Ушаковой О.Н. на недвижимое имущество, приобретенное с использованием средств материнского (семейного) капитала.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части 3 статьи 7 Федерального закона от 29 декабря 2006 г. № 256-ФЗ "О дополнительных мерах государственной поддержки семей, имеющих детей" (далее - Федеральный закон от 29 декабря 2006 г. № 256-ФЗ) лица, получившие сертификат, могут распоряжаться средствами материнского (семейного) капитала в полном объеме либо по частям, в том числе на улучшение жилищных условий.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4 статьи 10 Федерального закона от 29 декабря 2006 г. № 256-ФЗ (в редакции, действовавшей на момент возникновения спорных правоотношений) жилое помещение, приобретенное с использованием средств (части средств) материнского (семейного) капитала, оформляется в общую собственность родителей, детей (в том числе первого, второго, третьего ребенка и последующих детей) и иных совместно проживающих с ними членов семьи с определением размера долей по соглашению.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подпункта "г" пункта 8, подпункта "в" пункта 9, подпункта "в" пункта 10, подпункта "д" пункта 11, подпункта "в" пункта 12 и подпункта "ж" пункта 13 Правил направления средств (части средств) материнского (семейного) капитала на улучшение жилищных условий, утвержденных постановлением Правительства Российской Федерации от 12 декабря 2007 г. № 862 (в редакции, действовавшей на момент возникновения спорных правоотношений), к числу документов, которые представляются владельцем сертификата в территориальный орган Пенсионного фонда Российской Федерации в случае направления средств (части средств) материнского (семейного) капитала на улучшение жилищных условий, отнесено засвидетельствованное в установленном законодательством Российской Федерации порядке письменное обязательство в шестимесячный срок с момента наступления обстоятельств, указанных в данных нормах, оформить жилое помещение в общую собственность лица, получившего сертификат, его супруга, детей (в том числе первого, второго, третьего ребенка и последующих детей) с определением размера долей по соглашению.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улучшение жилищных условий с использованием средств (части средств) материнского (семейного) капитала обязывает лиц, использующих данные средства, при наступлении установленного срока исполнить обязательство об оформлении имущественных прав членов семьи владельца сертификата, в том числе несовершеннолетних.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Соответствующее нотариальное обязательство было подписано ответчиком по делу Ушаковой О.Н. 28 апреля 2010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2 статьи 346 Гражданского кодекса Российской Федерации, если иное не предусмотрено законом или договором и не вытекает из существа залога, залогодатель вправе отчуждать предмет залога, передавать его в аренду или безвозмездное пользование другому лицу либо иным образом распоряжаться им только с согласия залогодержателя.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реализация требований Федерального закона от 29 декабря 2006 г. № 256-ФЗ не прекращает обязательство стороны по договору об ипотеке (залоге), а лишь позволяет учесть наличие прав иных членов семьи на недвижимое имущество, приобретенное (построенное, реконструированное) с использованием средств материнского (семейного) капитала.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указанном случае имеет место определение долей детей в праве собственности на спорное недвижимое имущество, что не требует согласия залогодержателя и не влияет на установленные договором залога (ипотеки) правоотношения.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при указанных обстоятельствах вывод суда первой инстанции об отказе в удовлетворении исковых требований в части прекращения права собственности и признания права общей долевой собственности на спорное недвижимое имущество нельзя признать законным.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апелляционной инстанции и кассационным судом общей юрисдикции, проверявшими законность решения суда, допущенные судом первой инстанции нарушения устранены не были.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Судебная коллегия по гражданским делам Верховного Суда Российской Федерации находит, что допущенные судами первой и апелляционной инстанций и кассационным судом общей юрисдикции нарушения норм материального и процессуального права являются существенными, они повлияли на исход дела и без их устранения невозможны восстановление и защита нарушенных прав и законных интересов заявителя, в связи с чем решение Майкопского городского суда Республики Адыгея от 11 апреля 2022 г., апелляционное определение судебной коллегии по гражданским делам Верховного Суда Республики Адыгея от 6 сентября 2022 г. и определение судебной коллегии по гражданским делам Четвертого кассационного суда общей юрисдикции от 2 марта 2023 г. в части отказа в иске о прекращении права собственности и о признании права общей долевой собственности нельзя признать законными, они в указанной части подлежат отмене с направлением дела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дела суду следует учесть изложенное и разрешить спор в соответствии с установленными по делу обстоятельствами и требованиями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остальной части обжалуемые судебные постановления подлежат оставлению без изменения, поскольку выводы судов соответствуют фактическим обстоятельствам дела и основаны на правильном применении норм материального и процессуального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390.14 - 390.16 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Майкопского городского суда Республики Адыгея от 11 апреля 2022 г., апелляционное определение судебной коллегии по гражданским делам Верховного Суда Республики Адыгея от 6 сентября 2022 г. и определение судебной коллегии по гражданским делам Четвертого кассационного суда общей юрисдикции от 2 марта 2023 г. в части отказа Ушакову А.А., действующему в интересах несовершеннолетнего Ушакова Г.А., Антрушину М.И. в иске к Ушаковой О.Н., ПАО "Совкомбанк" о прекращении права собственности, признании права общей долевой собственности отменить, дело в этой части направить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остальной части решение Майкопского городского суда Республики Адыгея от 11 апреля 2022 г., апелляционное определение судебной коллегии по гражданским делам Верховного Суда Республики Адыгея от 6 сентября 2022 г. и определение судебной коллегии по гражданским делам Четвертого кассационного суда общей юрисдикции от 2 марта 2023 г. оставить без изменения.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направлено на новое рассмотрение в части прекращения права собственности, признании права общей долевой собственности, поскольку определение долей детей в праве собственности на спорное недвижимое имущество, не требует согласия залогодержателя и не влияет на установленные договором залога (ипотеки) правоотношения.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гражданским делам Верховного Суда Российской Федерации от 12.12.2023 № 24-КГ23-24-К4 (УИД 01RS0004-01-2020-003399-11)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гражданским делам Верховного Суда Российской Федерации от 12.12.2023 № 24-КГ23-24-К4 (УИД 01RS0004-01-2020-003399-11)</dc:title>
  <dc:subject/>
  <dc:creator>CasusLegal</dc:creator>
  <cp:keywords/>
  <dc:description/>
  <cp:lastModifiedBy>CasusLegal</cp:lastModifiedBy>
  <cp:revision>1</cp:revision>
  <dcterms:created xsi:type="dcterms:W3CDTF">2026-08-16T11:28:51Z</dcterms:created>
  <dcterms:modified xsi:type="dcterms:W3CDTF">2026-08-16T11:28:51Z</dcterms:modified>
  <cp:category/>
</cp:coreProperties>
</file>