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гражданским делам Верховного Суда РФ от 10.05.2016 № 78-КГ16-13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(СКГД)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10.05.2016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78-КГ16-13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Участие в долевом строительстве, Предварительный договор, Защита прав потребителей, Федеральный закон № 214-ФЗ, Закон РФ № 2300-1, Статья 429 ГК РФ, Квалификация договора, Неустойка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Истец указал, что между ним и ответчиком был заключен предварительный договор купли-продажи квартиры, согласно условиям которого ответчик обязался продать истцу квартиру. Срок передачи квартиры истек. В адрес ответчика был направлен отказ от договора с требованием о возврате денежных средств и уплате процентов, но ответа не последовало.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Российской Федерации в составе: председательствующего Момотова В.В., судей Гетман Е.С. и Киселева А.П. рассмотрела в открытом судебном заседании гражданское дело по иску Рябового П.В. к обществу с ограниченной ответственностью "Л1-1" о взыскании денежной суммы, неустойки, штрафа, по кассационной жалобе представителя Рябового П.В. - Лебедева А.Ю. на решение Смольнинского районного суда г. Санкт-Петербурга от 1 апреля 2015 г., апелляционное определение судебной коллегии по гражданским делам Санкт-Петербургского городского суда от 22 сентября 2015 г. Заслушав доклад судьи Верховного Суда Российской Федерации Киселева А.П., объяснения представителя Рябового П.В. - Лебедева А.Ю., поддержавшего доводы кассационной жалобы, представителя общества с ограниченной ответственностью "Л1-1" - Якубович О.С., возражавшей против удовлетворения кассационной жалобы, Судебная коллегия по гражданским делам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Рябовой П.В. обратился с иском к ООО "Л1-1" (ранее ООО "ЛЭК-1") о взыскании денежных средств, неустойки, штрафа.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обоснование своих требований истец указал, что 10 июня 2008 г. между ним и ответчиком был заключен предварительный договор купли-продажи квартиры, согласно условиям которого ответчик обязался продать истцу квартиру в строящемся жилом многоквартирном доме, находящемся по адресу: ….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Истцом была оплачена стоимость квартиры в размере 17 092 080 рублей. Запланированным сроком ввода объекта в эксплуатацию являлся четвертый квартал 2008 года.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условиями предварительного договора стороны в течение 90 дней со дня государственной регистрации права собственности продавца на квартиру обязались заключить основной договор купли-продажи.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Основной договор купли-продажи квартиры сторонами не заключался, поскольку строительство жилого дома не было завершено.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условиями предварительного договора купли-продажи срок передачи квартиры истек 9 июля 2009 г., Рябовым П.В. неоднократно направлялись ответчику заявления с требованиями о расторжении договора и возврате уплаченной денежной суммы, которые были оставлены без удовлетворения.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13 декабря 2014 г. в адрес ответчика был направлен отказ от договора с требованием о возврате денежных средств и уплате процентов в соответствии с Федеральным законом от 30 декабря 2004 г. №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(далее - Закон об участии в долевом строительстве), но ответа не последовало.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этим, ссылаясь на положения Закона об участии в долевом строительстве, просил суд взыскать с ответчика денежную сумму, внесенную в счет оплаты стоимости квартиры, в размере 17 092 080 рублей, неустойку в размере 22 299 353,73 рублей, штраф за несоблюдение в добровольном порядке удовлетворения требований потребителя, а также судебные издержки.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ходе судебного разбирательства денежные средства, внесенные истцом по предварительному договору купли-продажи, в размере 17 092 080 рублей ответчиком возвращены.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Смольнинского районного суда г. Санкт-Петербурга от 1 апреля 2015 г. исковые требования удовлетворены частично: взысканы расходы по оплате государственной пошлины, исковые требования о взыскании неустойки и штрафа оставлены без удовлетворения.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Апелляционным определением судебной коллегии по гражданским делам Санкт-Петербургского городского суда от 22 сентября 2015 г. решение суда первой инстанции отменено в части отказа во взыскании штрафа, с ответчика взыскан штраф на основании пункта 6 статьи 13 Закона Российской Федерации "О защите прав потребителей" в размере 200 000 рублей, в остальной части решение суда первой инстанции оставлено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 представителя Рябового П.В. - Лебедева А.Ю. ставится вопрос об отмене решения Смольнинского районного суда г. Санкт-Петербурга от 1 апреля 2015 г., апелляционного определения судебной коллегии по гражданским делам Санкт-Петербургского городского суда от 22 сентября 2015 г. в части отказа во взыскании неустойки.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Горшкова В.В. от 5 апреля 2016 г. кассационная жалоба с делом переданы для рассмотрения в судебном заседании Судебной коллегии по гражданским делам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материалы дела, обсудив доводы, изложенные в кассационной жалобе, Судебная коллегия по гражданским делам Верховного Суда Российской Федерации находит жалобу подлежащей удовлетворению.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статье 387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или процессуального права, повлиявшие на исход дела, без устранения которых невозможны восстановление и защита нарушенных прав, свобод и законных интересов, а также защита охраняемых законом публичных интересов.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Такие нарушения были допущены судами при рассмотрении данного дела.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Принимая решение об отказе в удовлетворении исковых требований в части взыскания неустойки, предусмотренной положениями Закона об участии в долевом строительстве, суд первой инстанции исходил из того, что сложившиеся между сторонами правоотношения не регулируются данным Федеральным законом, поскольку по смыслу содержащихся в нем положений договор долевого участия в строительстве может быть заключен только с застройщиком, привлекающим денежные средства для строительства многоквартирного дома, однако ответчик является инвестором, имеющим право требования на квартиру в строящемся доме. Кроме того, суд первой инстанции указал на то, что разрешение на строительство дома было получено до вступления в силу Закона об участии в долевом строительстве, что согласно части 2 статьи 27 указанного Закона также не позволяет применить его к спорным правоотношениям.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инстанции согласился с таким выводом Смольнинского районного суда г. Санкт-Петербурга об отказе в удовлетворении требований в части взыскания неустойки, предусмотренной положениями Закона об участии в долевом строительстве.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 данными выводами судебных инстанций согласиться нельзя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Судом установлено, что между Рябовым П.В. и ООО "Л1-1" (ранее ООО "ЛЭК-1") заключен предварительный договор купли-продажи жилого помещения от 10 июня 2008 г., в соответствии с которым ответчик обязался продать истцу квартиру в строящемся жилом доме по строительному адресу: ….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качестве исполнения обязательств по предварительному договору истец передал ответчику денежные средства в размере 17 092 080 рублей.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пунктом 2 данного договора ответчик заключил с застройщиком договор о финансировании проектирования и строительства жилых домов по указанному выше адресу.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распоряжению администрации Санкт-Петербурга от 10 сентября 2001 г. № 761-ра ОАО НПФ "Пигмент" разрешено проектирование и строительство жилых домов и объектов инженерной инфраструктуры на занимаемой территории по указанному адресу за счет собственных и привлеченных средств.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части 1 статьи 1 Закон об участии в долевом строительстве настоящий Федеральный закон регулирует отношения, связанные с привлечением денежных средств граждан и юридических лиц для долевого строительства многоквартирных домов и (или) иных объектов недвижимости (далее - участники долевого строительства) и возникновением у участников долевого строительства права собственности на объекты долевого строительства и права общей долевой собственности на общее имущество в многоквартирном доме и (или) ином объекте недвижимости, а также устанавливает гарантии защиты прав, законных интересов и имущества участников долевого строительства.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частью 2 статьи 1 Закона об участии в долевом строительстве привлечение денежных средств граждан, связанное с возникающим у граждан правом собственности на жилые помещения в многоквартирных домах, которые на момент привлечения таких денежных средств граждан не введены в эксплуатацию в порядке, установленном законодательством о градостроительной деятельности (далее - привлечение денежных средств граждан для строительства), допускается только: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1) на основании договора участия в долевом строительстве;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2) путем выпуска эмитентом, имеющим в собственности или на праве аренды, праве субаренды земельный участок и получившим в установленном порядке разрешение на строительство на этом земельном участке многоквартирного дома, облигаций особого вида - жилищных сертификатов, закрепляющих право их владельцев на получение от эмитента жилых помещений в соответствии с законодательством Российской Федерации о ценных бумагах;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3) жилищно-строительными и жилищными накопительными кооперативами в соответствии с федеральными законами, регулирующими деятельность таких кооперативов.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части 2 статьи 27 Закона об участии в долевом строительстве действие настоящего Федерального закона распространяется на отношения, связанные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разрешения на строительство которых получены после вступления в силу настоящего Федерального закона.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Исходя из совокупности приведенных выше положений Закона об участии в долевом строительстве, данный Федеральный закон регулирует основанные на договоре участия в долевом строительстве отношения, связанные с привлечением денежных средств, в частности, граждан для долевого строительства многоквартирных домов и (или) иных объектов недвижимости, разрешения на строительство которых получены после его вступления в силу - начиная с 1 апреля 2005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Действие Закона об участии в долевом строительстве распространяется также на отношения, возникшие при совершении, начиная с указанной выше даты, сделок по привлечению денежных средств граждан иными способами (заключении предварительных договоров купли-продажи жилых помещений в объекте строительства, договоров об инвестировании строительства многоквартирного жилого дома или иного объекта недвижимости, договоров займа, обязательства по которому в части возврата займа прекращаются с передачей жилого помещения в многоквартирном доме или ином объекте недвижимости после завершения его строительства в собственность, договоров о совместной деятельности в целях осуществления строительства многоквартирного жилого дома или иного объекта недвижимости и т.д.) в случаях, если судом с учетом существа фактически сложившихся отношений установлено, что сторонами действительно имелся в виду договор участия в долевом строительстве.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если сторонами заключен договор, поименованный ими как предварительный, в соответствии с которым они обязуются заключить в будущем на предусмотренных им условиях основной договор о продаже недвижимого имущества, которое будет создано или приобретено в последующем, но при этом предварительный договор устанавливает обязанность приобретателя имущества до заключения основного договора уплатить цену недвижимого имущества или существенную ее часть, суды должны квалифицировать его как договор купли-продажи будущей недвижимой вещи с условием о предварительной оплате.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Судом установлено, что правоотношения между истцом и ответчиком возникли в результате заключения предварительного договора купли-продажи квартиры, расположенной в момент его заключения в строящемся многоквартирном жилом доме, при этом истцом по предварительному договору купли-продажи были внесены денежные средства в размере стоимости квартиры.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Принимая во внимание, что заключенная между сторонами сделка, поименованная как предварительный договор купли-продажи квартиры, с учетом сложившихся отношений фактически представляет собой договор участия в долевом строительстве и его заключение состоялось после 1 апреля 2005 г., поэтому вывод судов первой и апелляционной инстанций о том, что Закон об участии в долевом строительстве не распространяется на отношения, возникшие между истцом и ответчиком, нельзя признать правильным.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таких обстоятельствах Судебная коллегия по гражданским делам Верховного Суда Российской Федерации находит допущенные нарушения норм права существенными, повлиявшими на исход дела, без устранения которых невозможны восстановление и защита нарушенных прав и законных интересов Рябового П.В.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повторное рассмотрение дела в суде апелляционной инстанции предполагает проверку и оценку фактических обстоятельств дела и их юридическую квалификацию в пределах доводов апелляционных жалобы, представления и в рамках тех требований, которые уже были предметом рассмотрения в суде первой инстанции (пункт 21 постановления Пленума Верховного Суда Российской Федерации от 19 июня 2012 г. № 13 "О применении судами норм гражданского процессуального законодательства, регламентирующих производство в суде апелляционной инстанции"), а также учитывая необходимость соблюдения разумных сроков судопроизводства (статья 6.1 Гражданского процессуального кодекса Российской Федерации), дело подлежит направлению на новое рассмотрение в суд апелляционной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387, 388, 390 Гражданского процессуального кодекса Российской Федерации, Судебная коллегия по гражданским делам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апелляционное определение судебной коллегии по гражданским делам Санкт-Петербургского городского суда от 22 сентября 2015 г. отменить, дело направить на новое рассмотрение в суд апелляционной инстанции.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направлено на новое рассмотрение, поскольку заключенная между сторонами сделка, поименованная как предварительный договор купли-продажи квартиры, представляет собой договор об участии в долевом строительстве, поэтому вывод судов о том, что Закон об участии в долевом строительстве не распространяется на данные, нельзя признать правильным.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гражданским делам Верховного Суда РФ от 10.05.2016 № 78-КГ16-13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гражданским делам Верховного Суда РФ от 10.05.2016 № 78-КГ16-13</dc:title>
  <dc:subject/>
  <dc:creator>CasusLegal</dc:creator>
  <cp:keywords/>
  <dc:description/>
  <cp:lastModifiedBy>CasusLegal</cp:lastModifiedBy>
  <cp:revision>1</cp:revision>
  <dcterms:created xsi:type="dcterms:W3CDTF">2026-08-16T12:13:06Z</dcterms:created>
  <dcterms:modified xsi:type="dcterms:W3CDTF">2026-08-16T12:13:06Z</dcterms:modified>
  <cp:category/>
</cp:coreProperties>
</file>