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 отказе в принятии к рассмотрению жалобы товарищества собственников недвижимости "Цвиллинга, 36" на нарушение его конституционных прав пунктом 3 части 2 статьи 44 Жилищного кодекса Российской…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Конституционный Суд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12.03.2024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Определение Конституционного Суда РФ от 12.03.2024 № 554-О «Об отказе в принятии к рассмотрению жалобы товарищества собственников недвижимости "Цвиллинга, 36" на нарушение его конституционных прав пунктом 3 части 2 статьи 44 Жилищного кодекса Российской Федерации»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259.3 ЖК РФ, ст. 290 ЖК РФ, ст. 3 ФЗ, ст. 30 ЖК РФ, ст. 35 Конституции РФ, ст. 36 ЖК РФ, ст. 41 ФКЗ, ст. 43 ФКЗ, ст. 44, ст. 44 ЖК РФ, ст. 615 ЖК РФ, ст. 79 ФКЗ, ст. 8, ст. 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общее собрание собственников помещений, общее имущество многоквартирного дома, статья 44 Жилищного кодекса РФ, пределы распоряжения общим имуществом, право собственности, статья 35 Конституции РФ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1. Согласно пункту 3 части 2 статьи 44 Жилищного кодекса Российской Федерации к компетенции общего собрания собственников помещений в многоквартирном доме относится принятие решений о пользовании их общим имуществом иными лицами, в том числе о заключении договоров на установку и эксплуатацию рекламных конструкций, если для таковых предполагается использовать общее имущество собственников помещений в многоквартирном доме.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Будучи субарендатором нежилого помещения, принадлежащего на праве собственности одному из собственников помещений в многоквартирном доме, общество с ограниченной ответственностью "ЖРЭУ-1" 27 июля 2018 года установило на фасаде дома (на входной группе подъезда, откуда осуществляется вход в арендуемое помещение) вывеску со своим наименованием и графиком работы - без согласия общего собрания собственников помещений в доме и без какой-либо оплаты. Полагая, что вывеска размещена самовольно, в нарушение решения общего собрания собственников помещений в доме о введении платы за пользование их общим имуществом в размере пятисот рублей в месяц за квадратный метр (протокол от 28 декабря 2017 года), созданное в доме товарищество собственников недвижимости "Цвиллинга, 36" (далее также - товарищество) направило в адрес общества досудебную претензию. Поскольку требование товарищества не было исполнено добровольно, оно обратилось в суд с иском к обществу об обязании устранить препятствия в пользовании общим имуществом собственников помещений в доме путем демонтажа вывески за счет общества, о взыскании суммы неосновательного обогащения и процентов за пользование чужими денежными средствами в размере 17 316 рублей и 194 рублей. Решением Арбитражного суда Челябинской области от 2 декабря 2022 года иск был удовлетворен.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Восемнадцатого арбитражного апелляционного суда от 10 апреля 2023 года решение суда первой инстанции отменено. Указано, что установка вывески с обязательной в соответствии с действующим законодательством информацией, не являющейся средством наружной рекламы, не требует разрешения товарищества. Кроме того, отклонен довод товарищества о том, что пользование фасадом дома в любом случае является платным. Ссылаясь на определение Судебной коллегии по экономическим спорам Верховного Суда Российской Федерации от 18 ноября 2014 года № 303-ЭС14-395, суд апелляционной инстанции указал, что, размещая такую информацию, субъект права исполняет публичную обязанность в интересах неограниченного круга лиц, а потому взимание с него платы ни Законом Российской Федерации от 7 февраля 1992 года № 2300-1 "О защите прав потребителей", ни Жилищным кодексом Российской Федерации не предусмотрено и он не может быть признан на основании главы 60 ГК Российской Федерации обогатившимся за чужой счет. С этим согласился Арбитражный суд Уральского округа в постановлении от 19 июля 2023 года, дополнительно отметив, что истец не представил доказательств нарушения размещением спорной вывески прав и законных интересов собственников помещений в многоквартирном доме. Определением судьи Верховного Суда Российской Федерации от 13 октября 2023 года в передаче кассационной жалобы товарищества для рассмотрения в судебном заседании Судебной коллегии по экономическим спорам данного суда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полагает товарищество, пункт 3 части 2 статьи 44 Жилищного кодекса Российской Федерации противоречит статье 35 (части 1 и 2) Конституции Российской Федерации в той мере, в какой допускает, что третьи лица, у которых в силу закона возникла потребность использовать фасад многоквартирного дома, вправе использовать его без разрешения товарищества собственников недвижимости в этом доме на безвозмездной основе.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Конституционного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2. Согласно статье 35 (части 1 и 2) Конституции Российской Федерации право частной собственности охраняется законом, каждый вправе иметь имущество в собственности, владеть, пользоваться и распоряжаться им как единолично, так и совместно с другими. Как подчеркивал Конституционный Суд Российской Федерации, принципы неприкосновенности собственности и свободы договора предполагают равенство, автономию воли и имущественную самостоятельность участников гражданско-правовых отношений, недопустимость произвольного вмешательства в частные дела. Этим обусловлена не только свобода владения, пользования и распоряжения имуществом, но и необходимость соотносить принадлежащее лицу право собственности с правами и свободами других лиц. Собственник вправе по своему усмотрению совершать в отношении своего имущества любые действия, если они не противоречат закону и иным правовым актам, а также не нарушают права и законные интересы других лиц (постановления от 22 апреля 2011 года № 5-П, от 14 мая 2012 года № 11-П, от 18 апреля 2023 года № 18-П и др.).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Так, собственники помещений в многоквартирном доме владеют и пользуются общим имуществом в доме наряду с собственниками других помещений, если иной порядок не определен решением собственников помещений или законом (пункт 1 статьи 259.3 ГК Российской Федерации и часть 2 статьи 36 Жилищного кодекса Российской Федерации). Устанавливая компетенцию общего собрания собственников помещений в доме по вопросу передачи их общего имущества в пользование иным лицам, пункт 3 части 2 статьи 44 Жилищного кодекса Российской Федерации обеспечивает баланс интересов всех таких собственников (определения Конституционного Суда Российской Федерации от 29 мая 2018 года № 1208-О, от 23 апреля 2020 года № 892-О и от 25 марта 2021 года № 493-О).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290 ГК Российской Федерации и статьей 36 Жилищного кодекса Российской Федерации к общему имуществу в многоквартирном доме, принадлежащему собственникам помещений в нем на праве общей долевой собственности, наряду с иным относятся несущие и ненесущие конструкции, т.е. стены дома; под фасадом понимается внешняя, наружная стена дома. В силу пункта 26 Обзора судебной практики Верховного Суда Российской Федерации № 1 (2021), утвержденного его Президиумом 7 апреля 2021 года, правовой режим общего имущества в многоквартирном доме предусматривает запрет для лиц, в том числе собственников помещений в доме, пользоваться общим имуществом единолично без согласия других сособственников. Из разъяснений же, изложенных в пунктах 2 и 7 постановления Пленума Высшего Арбитражного Суда Российской Федерации от 23 июля 2009 года № 64 "О некоторых вопросах практики рассмотрения споров о правах собственников помещений на общее имущество здания", следует, что по соглашению сособственников общего имущества (собственников помещений в здании) допускается передача в пользование отдельных частей дома и заключение, например, договора пользования его наружной стеной для размещения рекламы; стороной такого договора, которая предоставляет имущество в пользование, признаются все сособственники общего имущества в доме, которые образуют множественность лиц в соответствии с действующим законодательством.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Тем самым собственники помещений в многоквартирном доме вправе использовать его фасад для размещения рекламы с учетом порядка пользования данным имуществом, установленного решениями их общего собрания, и по смыслу статьи 615 ГК Российской Федерации и части 2 статьи 30 Жилищного кодекса Российской Федерации они могут передать это право арендаторам и субарендаторам, если иное не предусмотрено решением общего собрания. Арендаторы и субарендаторы, исходя из нормы пункта 3 части 2 статьи 44 Жилищного кодекса Российской Федерации в ее буквальном прочтении, должны рассматриваться как упомянутые в данной норме "иные лица", которые, будучи заинтересованы в использовании фасада как части общего имущества в доме не по прямому назначению, должны получить на это согласие.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3. Вместе с тем в соответствии с Законом Российской Федерации "О защите прав потребителей" потребители имеют право на приобретение товаров, работ, услуг надлежащего качества и безопасных для их жизни, здоровья и имущества, а равно право на получение информации о товарах, работах, услугах и об их изготовителях, исполнителях, продавцах. В силу пункта 1 статьи 8 и пункта 1 статьи 9 того же Закона изготовитель, исполнитель, продавец обязаны довести до сведения потребителя фирменное наименование (наименование) своей организации, место ее нахождения (адрес) и режим ее работы, а продавец и исполнитель размещают данную информацию на вывеске. Нарушение же права потребителя на получение необходимой и достоверной информации о реализуемых товаре, работе, услуге, о лице, которое занимается их реализацией, и о режиме его работы влечет предусмотренную законом ответственность.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Ни по буквальному смыслу действующего регулирования, ни по смыслу, который придается соответствующим нормам правоприменительной практикой, информация, размещаемая на вывеске, не является рекламой. Это было отмечено еще в пункте 18 информационного письма Президиума Высшего Арбитражного Суда Российской Федерации от 25 декабря 1998 года № 37 "Обзор практики рассмотрения споров, связанных с применением законодательства о рекламе", согласно которому указание юридическим лицом своего наименования (фирменного наименования) на вывеске в месте нахождения, а также иных сведений, распространение которых по форме и содержанию является для юридического лица обязательным на основании закона, не относится к рекламной информации независимо от манеры их исполнения на вывеске. В названном выше определении от 18 ноября 2014 года № 303-ЭС14-395 Верховный Суд Российской Федерации заключил на основе системного анализа норм права, что реклама, которая отвечает ее дефиниции в пункте 1 статьи 3 Федерального закона от 13 марта 2006 года № 38-ФЗ "О рекламе" и целью которой служит формирование или поддержание интереса к объекту рекламирования и его продвижение на рынке, а также иные информационные конструкции размещаются на фасаде многоквартирного дома по инициативе и волеизъявлению заинтересованных в этом лиц, но сведения, прямо предусмотренные Законом Российской Федерации "О защите прав потребителей", размещаются в силу его требований. У общего собрания собственников помещений в доме, как указал Верховный Суд Российской Федерации, имеется возможность принять решение о пользовании их общим имуществом и определить размер платы за это, когда имущество используется для установки и эксплуатации другими лицами рекламных конструкций, но не в случае размещения информации в соответствии с предписаниями Закона Российской Федерации "О защите прав потребителей".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положения Закона Российской Федерации "О защите прав потребителей" и Федерального закона "О рекламе" подтверждают, что существующий порядок размещения рекламы принципиально отличается от порядка размещения информационной вывески. Договоры же на установку и эксплуатацию рекламных конструкций упомянуты в пункте 3 части 2 статьи 44 Жилищного кодекса Российской Федерации не в качестве абстрактного примера, но как ориентир для правоприменителя в ситуации, когда общее собрание собственников помещений в многоквартирном доме по своему усмотрению принимает решение об использовании общего имущества, каковое использование, как правило, связано с получением дохода. По смыслу данной нормы принятие решения общего собрания возможно, когда перед ним ставится вопрос о размещении рекламных конструкций, торговых автоматов, платежных терминалов и в других такого рода случаях, однако общее собрание не должно принимать какие-либо решения, противоречащие законодательству и вопреки ему ограничивающие права третьих лиц.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Размещение информационной вывески обусловлено нормами Закона Российской Федерации "О защите прав потребителей", а потому общее собрание собственников помещений в многоквартирном доме не вправе препятствовать в таком размещении лицу, эксплуатирующему помещение в доме, независимо от того, на каком праве (собственности, аренды и т.д.) оно владеет и пользуется этим помещением. Для размещения такого рода вывески и для ее эксплуатации на безвозмездной основе решение общего собрания не требуется. В противном случае реализация собственником или иным лицом своего права на принадлежащее ему имущество, а также использование нежилого помещения по прямому назначению - для ведения предпринимательской и иной не запрещенной законом деятельности - необоснованно ставились бы в зависимость от воли (желания) иных собственников общего имущества в многоквартирном доме. Исключение необходимости принятия общим собранием решения о пользовании общим имуществом и об определении размера соответствующей платы в случае установки и эксплуатации собственниками, арендаторами и иными лицами вывески, потребность в которой диктуют положения закона, не свидетельствует о нарушении конституционных прав собственников общего имущества в многоквартирном доме.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4. В то же время размещение информационной вывески не должно нарушать права и законные интересы других лиц, создавать препятствия пользованию общим имуществом в доме или его надлежащему содержанию.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Собственники, владельцы зданий и сооружений, а равно организации, управляющие многоквартирными домами на основе договоров, заключенных с собственниками помещений в доме, обязаны поддерживать фасады в исправном состоянии, сохранять их архитектурно-художественное убранство и проводить их текущий ремонт. И хотя в федеральном законодательстве не закреплены требования к форме и содержанию вывески, данные вопросы могут быть разрешены общим собранием собственников помещений в многоквартирном доме (имея в виду цель обеспечить права и законные интересы всех сособственников) самостоятельно с учетом законодательства субъектов Российской Федерации и нормативных правовых актов местного самоуправления, архитектурных, исторических и прочих особенностей дома. При этом все разногласия, возникшие между собственником нежилого помещения, арендатором, субарендатором и другими собственниками, должны решаться в установленном законом порядке.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5. Следовательно, пункт 3 части 2 статьи 44 Жилищного кодекса Российской Федерации - в системе правового регулирования и по смыслу, придаваемому ему правоприменительной практикой, - не может рассматриваться как нарушающий конституционные права товарищества собственников недвижимости "Цвиллинга, 36" в обозначенном в жалобе аспекте, поскольку он не затрагивает права собственников помещений в многоквартирном доме, в том числе право пользования фасадом дома, при размещении вывески арендатором или субарендатором помещения в доме, установка которой с указанием необходимых сведений обусловлена положениями действующего законодательства.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изложенного и руководствуясь пунктом 2 части первой статьи 43 и частью первой статьи 79 Федерального конституционного закона "О Конституционном Суде Российской Федерации", Конституционный Суд Российской Федерации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Конституционного Суда РФ от 12.03.2024 № 554-О «Об отказе в принятии к рассмотрению жалобы товарищества собственников недвижимости "Цвиллинга, 36" на нарушение его конституционных прав пунктом 3 части 2 статьи 44 Жилищного кодекса Российской Федерации»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отказе в принятии к рассмотрению жалобы товарищества собственников недвижимости "Цвиллинга, 36" на нарушение его конституционных прав пунктом 3 части 2 статьи 44 Жилищного кодекса Российской…</dc:title>
  <dc:subject/>
  <dc:creator>CasusLegal</dc:creator>
  <cp:keywords/>
  <dc:description/>
  <cp:lastModifiedBy>CasusLegal</cp:lastModifiedBy>
  <cp:revision>1</cp:revision>
  <dcterms:created xsi:type="dcterms:W3CDTF">2026-08-16T11:32:42Z</dcterms:created>
  <dcterms:modified xsi:type="dcterms:W3CDTF">2026-08-16T11:32:42Z</dcterms:modified>
  <cp:category/>
</cp:coreProperties>
</file>