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ПО ДЕЛУ О ПРОВЕРКЕ КОНСТИТУЦИОННОСТИ СТАТЕЙ 322 И 1080 ГРАЖДАНСКОГО КОДЕКСА РОССИЙСКОЙ ФЕДЕРАЦИИ В СВЯЗИ С ЖАЛОБОЙ ГРАЖДАНИНА АББАСОВА ШАМИЛА…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Конституционный Суд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21.04.2026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Конституционного Суда РФ от 21.04.2026 № 25-П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100 ФЗ, ст. 11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солидарная обязанность, солидарная ответственность, гражданско-правовая ответственность, защита прав потребителей, злоупотребление правом, недействительность сделок, договор купли-продажи, независимая гарантия, возмещение вреда, принцип справедливости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 Гражданин Ш.У. Аббасов оспаривает конституционность следующих положений Гражданского кодекса Российской Федерации: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статьи 322, в силу которой солидарная обязанность (ответственность) или солидарное требование возникает, если их солидарность предусмотрена договором или установлена законом, в частности при неделимости предмета обязательства; обязанности нескольких должников по обязательству, связанному с предпринимательской деятельностью, равно как и требования нескольких кредиторов в таком обязательстве, являются солидарными, если законом, иными правовыми актами или условиями обязательства не предусмотрено иное;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статьи 1080 об ответственности за совместно причиненный вред, в том числе о том, что лица, совместно причинившие вред, отвечают перед потерпевшим солидарно.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1.1. 18 ноября 2023 года Ш.У. Аббасов заключил с ООО "Арконт В" договор купли-продажи автомобиля стоимостью 1 830 000 руб. при условии заключения кредитного договора 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дополнительного соглашения к договору купли-продажи, которые в тот же день были им заключены с банком и с ООО "Арконт В".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условиям дополнительного соглашения стоимость автомобиля составила 2 395 000 руб. - на 565 000 руб. выше по сравнению с договором купли-продажи, но продавец предоставил покупателю скидку в размере 400 000 руб., и с ней автомобиль стоил 1 995 000 руб. - на 165 000 руб. больше, чем изначально. Скидка предоставлялась, однако, лишь при условии, что покупатель заключит со страховщиком - партнером продавца договор страхования на сумму страховой премии не менее 43 737 руб., а с другим партнером продавца - договор о предоставлении независимой гарантии на сумму 220 000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18 ноября 2023 года Ш.У. Аббасов заключил с ООО "Д.С.Авто" договор о предоставлении независимой гарантии в обеспечение исполнения обязательств в пользу банка; договор стоимостью 220 000 руб. заключен на срок два года. 6 декабря 2023 года он направил претензии о расторжении этого договора и дополнительного соглашения к договору купли-продажи, о возврате уплаченных средств; претензии были отклонены.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Ш.У. Аббасов обратился в суд с иском к ООО "Арконт В" и ООО "Д.С.Авто" о признании недействительным дополнительного соглашения к договору купли-продажи и о расторжении договора о предоставлении независимой гарантии, о взыскании уплаченных средств в размере 220 000 руб., компенсации морального вреда в размере 10 000 руб. и штрафа в размере половины суммы, присужденной судом. В обоснование иска было указано, что дополнительное соглашение является сделкой, совершенной при злоупотреблении правом со стороны продавца, с навязыванием покупателю дополнительных услуг, в частности по предоставлению независимой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Дзержинского районного суда города Волгограда от 10 апреля 2024 года (с учетом дополнительного решения от 8 августа 2024 года) иск удовлетворен частично: расторгнут договор о предоставлении независимой гарантии и с ООО "Д.С.Авто" в пользу истца взысканы средства, уплаченные при заключении этого договора, в размере 220 000 руб. (со ссылкой на пункт 1 статьи 782 ГК Российской Федерации и статью 32 Закона Российской Федерации от 7 февраля 1992 года № 2300-I "О защите прав потребителей" о праве заказчика отказаться от договора возмездного оказания услуг - к таким договорам суд отнес и договор о предоставлении независимой гарантии - при условии возмещения исполнителю фактически понесенных им расходов), а также компенсация морального вреда и штраф. Суд отказал в признании недействительным дополнительного соглашения к договору купли-продажи, ссылаясь на то, что оно не противоречит закону и не нарушает права истца, поскольку тот "имел возможность заключить с ответчиком договор купли-продажи автомобиля без заключения соглашения об условиях предоставления скидки, уплатив за автомобиль цену без учета скидки".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судебной коллегии по гражданским делам Волгоградского областного суда от 6 ноября 2024 года решение суда первой инстанции отменено в части отказа в признании дополнительного соглашения недействительным и принято решение об удовлетворении этого требования. В части взыскания с ООО "Д.С.Авто" средств, уплаченных при заключении договора о предоставлении независимой гарантии, взыскания компенсации морального вреда и штрафа решение оставлено без изменений.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инстанции, руководствуясь в том числе правовыми позициями,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выраженными в Постановлении Конституционного Суда Российской Федерации от 3 апреля 2023 года № 14-П, пришел к следующим выводам. При заключении договора купли-продажи с согласованной ценой товара последующее заключение дополнительного соглашения, в котором указана более высокая цена и содержится условие о скидке, свидетельствует о создании продавцом видимости скидки с целью побудить покупателя к заключению дополнительных договоров, притом что условия скидки явно обременительны для покупателя, так как он несет расходы на оплату дополнительных услуг без получения какой-либо выгоды. Дополнительное соглашение составлено так, что вводит покупателя в заблуждение в части ценообразования (окончательной стоимости товара). Покупателю навязано заключение дополнительных договоров. Продавец злоупотребил своим правом.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Четвертого кассационного суда общей юрисдикции от 18 февраля 2025 года в удовлетворении кассационной жалобы отказано на том основании, что в данном случае неприменима статья 322 ГК Российской Федерации. Судья Верховного Суда Российской Федерации определением от 23 мая 2025 года отказал в передаче кассационной жалобы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отклонены доводы истца о необходимости взыскания средств, уплаченных по договору о предоставлении независимой гарантии, с ответчиков солидарно. В определениях судов апелляционной и кассационной инстанций, а также определении судьи Верховного Суда Российской Федерации указано на ошибочность доводов о солидарном характере обязанности со ссылкой на то, что этот договор заключен между истцом и гарантом - ООО "Д.С.Авто", права и обязанности по нему возникли только у этой организации.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мнению Ш.У. Аббасова, оспариваемые нормы не соответствуют статьям 1 (часть 1), 4 (часть 2), 15 (части 1 и 4), 18, 19 (часть 1) и 46 Конституции Российской Федерации, поскольку с учетом их толкования в судебной практике они, будучи неопределенными и несправедливыми, не предполагают возникновения у продавца, осуществляющего реализацию товаров (работ, услуг) от имени третьих лиц, аффилированных с ним в рамках общих экономических интересов и экономической группы, солидарного обязательства по возврату потребителю денежных средств (по возмещению убытков) за товары (работы, услуги), реализованные ему членами этой группы, чем нарушают право потребителя на эффективную судебную защиту.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1.2. По информации, предоставленной Верховным Судом Российской Федерации, Ш.У. Аббасов заявил в суде первой инстанции требование о взыскании денежных средств только с гаранта, а доводы о солидарной ответственности продавца и гаранта высказал в апелляционной и кассационных жалобах. Сам же Ш.У. Аббасов утверждает, что им заявлялось соответствующее требование и в суде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третьей статьи 196 ГПК Российской Федерации суд принимает решение по заявленным истцом требованиям, но может и выйти за их пределы в случаях, предусмотренных законом. В частности, пункт 6 статьи 13 Закона Российской Федерации "О защите прав потребителей" предусматривает, что при удовлетворении судом требований потребителя суд взыскивает с изготовителя (исполнителя, продавца) за неудовлетворение в добровольном порядке требований потребителя штраф в размере пятидесяти процентов от суммы, присужденной в пользу потребителя. Не исключается установление законодателем и иных случаев, когда суд вправе выйти за пределы заявленных потребителями требований в целях полной и эффективной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реализации их прав как слабой стороны в правоотношениях, нуждающейся в дополнительных гарантиях.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Гражданским процессуальным кодексом Российской Федерации суд, сохраняя независимость, объективность и беспристрастность, осуществляет руководство процессом, разъясняет лицам, участвующим в деле, их права и обязанности, предупреждает о последствиях совершения или несовершения процессуальных действий, оказывает лицам, участвующим в деле, содействие в реализации их прав, создает условия для исследования доказательств, установления фактических обстоятельств и правильного применения законодательства при рассмотрении и разрешении гражданских дел (статья 12). При подготовке дела к судебному разбирательству суд уточняет фактические обстоятельства, имеющие значение для правильного разрешения дела, определяет закон, которым следует руководствоваться при разрешении дела, и устанавливает правоотношения сторон, разрешает вопрос о составе лиц, участвующих в деле, и других участников процесса (статья 148). При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(часть третья статьи 40).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приведенных законоположений следует, что законодатель наделяет суд полномочиями, которые необходимы для отправления правосудия и для достижения его целей и задач, обозначенных в статье 2 ГПК Российской Федерации, и которые в конечном итоге обеспечивают надлежащую реализацию конституционного права каждого на судебную защиту. Этому корреспондирует и содержащееся в пункте 9 постановления Пленума Верховного Суда Российской Федерации от 23 июня 2015 года № 25 "О применении судами некоторых положений раздела I части первой Гражданского кодекса Российской Федерации" разъяснение, согласно которому если при принятии искового заявления суд придет к выводу, что избранный истцом способ защиты права не может обеспечить его восстановление, то данное обстоятельство не является основанием для отказа в принятии искового заявления, его возвращения либо оставления без движения;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того, какие нормы подлежат применению при разрешении спора. Такие полномочия, позволяя суду исправить ошибку истца - непрофессионального участника процесса, зачастую не имеющего специальных юридических знаний и опыта, и правильно установить характер и субъектный состав спорных правоотношений, не могут быть расценены как ограничивающие принцип диспозитивности гражданского судопроизводства, который, не будучи прямо упомянут в Конституции Российской Федерации, имеет конституционную значимость и в силу которого только истец определяет, защищать ли ему свое нарушенное или оспариваемое право, к кому предъявлять иск и в каком объеме требовать от суда защиты (определения Конституционного Суда Российской Федерации от 17 июля 2014 года № 1583-О, от 17 июля 2025 года № 1977-О, от 30 сентября 2025 года № 2263-О и др.).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1.3. Исходя из статей 96 и 97 Федерального конституционного закона "О Конституционном Суде Российской Федерации" жалоба на нарушение конституционных прав и свобод законом допустима, в частности, если имеются признаки нарушения прав и свобод заявителя в результате применения оспариваемого закона в конкретном деле с его участием. Конкретным делом, по смыслу указанных норм, является то дело, в котором суд в надлежащей процедуре разрешает затрагивающий права и свободы заявителя вопрос на основе соответствующего закона,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устанавливает и исследует фактические обстоятельства. Дело, в рамках которого суды отклонили доводы Ш.У. Аббасова о возложении на продавца солидарной обязанности вернуть уплаченные средства, может считаться таким конкретным делом, поскольку соответствующие судебные решения принимались в том числе с учетом оспариваемой Ш.У. Аббасовым статьи 322 ГК Российской Федерации, не предполагающей, по мнению судов, солидарного характера требований к гаранту и продавцу. Представленные материалы дают основание утверждать, что судами данная статья была применена при отказе в привлечении ответчиков к солидарной ответственности.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Что же касается доводов Ш.У. Аббасова о нарушении конституционных прав статьей 1080 ГК Российской Федерации, то в этой части его жалоба не отвечает требованиям Федерального конституционного закона "О Конституционном Суде Российской Федерации" о допустимости обращений, поскольку применение данной статьи в его деле не подтверждается. В связи с этим в силу пункта 2 части первой статьи 43 и части первой статьи 68 того же Федерального конституционного закона производство по настоящему делу в части, касающейся проверки конституционности статьи 1080 ГК Российской Федерации, подлежит прекращению. Это, однако, не препятствует Конституционному Суду Российской Федерации принять во внимание данное законоположение при оценке иных норм в системе действующего правового регулирования, как того требует часть вторая статьи 74 названного Федерального конституционного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статья 322 ГК Российской Федерации является предметом рассмотрения Конституционного Суда Российской Федерации по настоящему делу в той мере, в какой на ее основании решается вопрос о возможности возложения на продавца по договору розничной купли-продажи транспортного средства и его экономических партнеров - контрагентов покупателя солидарной обязанности (ответственности) по возврату причитающегося покупателю из расторгнутого по его требованию договора (в том числе договора о предоставлении независимой гарантии), заключение которого с этими контрагентами обусловливало предоставление покупателю скидки или иного преимущества по договору розничной купли-продажи транспортного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2. Конституция Российской Федерации, гарантируя в России условия для функционирования рыночной экономики - единство экономического пространства, свободное перемещение товаров, услуг и финансовых средств, поддержку конкуренции, свободу экономической деятельности (статья 8, часть 1), относит к числу прав и свобод, признание, соблюдение и защита которых являются обязанностью государства (статья 2), право на свободное использование своих способностей и имущества для предпринимательской и иной не запрещенной законом экономической деятельности (статья 34, часть 1) и право частной собственности, охраняемое законом и включающее в себя право каждого иметь имущество в собственности, владеть, пользоваться и распоряжаться им как единолично, так и совместно с другими (статья 35, части 1 и 2). Из этих норм Конституции Российской Федерации во взаимосвязи с ее статьями 17, 18, 45 (часть 1), 46 (части 1 и 2) и 75.1 следует, что в России должны создаваться находящиеся под государственной, прежде всего судебной, защитой благоприятные условия для функционирования экономической системы, приниматься меры, направленные на оптимизацию регулирования экономических отношений, на устойчивый экономический рост и повышение благосостояния граждан, на обеспечение социального партнерства, экономической и социальной солидарности.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Закрепляя фундаментальные основы экономической свободы человека, Конституция Российской Федерации исходит из того, что реализация этой свободы сопряжена с соблюдением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условий, установленных законом (статья 71, пункты "в", "ж", "о"; статья 76, часть 1), не должна выходить за пределы, очерченные в том числе недопустимостью нарушения прав и свобод других лиц (статья 17, часть 3), необходимостью сбалансированности прав и обязанностей граждан (статья 75.1) и запретом экономической деятельности, направленной на монополизацию и недобросовестную конкуренцию (статья 34, часть 2), а также может подвергаться законодательным ограничениям, вводимым в соответствии с конституционно обусловленными критериями (статья 55, часть 3). Как подчеркивал Конституционный Суд Российской Федерации, в силу    принципа      справедливости     свобода,   признаваемая    за   лицами,      ведущими предпринимательскую и иную не запрещенную законом экономическую деятельность, и гарантируемая им защита должны быть уравновешены обращенным к этим лицам (в первую очередь к тем из них, кто занимает доминирующее положение в той или иной сфере) требованием ответственного отношения к правам и свободам тех, кого затрагивает их хозяйственная деятельность (постановления от 18 июля 2008 года № 10-П, от 24 июня 2009 года № 11-П, от 3 апреля 2023 года № 14-П и от 8 июля 2025 года № 28-П; определения от 19 октября 2010 года № 1277-О-О, от 29 апреля 2025 года № 1127-О и др.).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Гарантируя право на свободное использование способностей и имущества для предпринимательской деятельности, законодатель обязан поддерживать баланс прав и обязанностей всех участников рынка. С этой целью он, как отметил Конституционный Суд Российской Федерации, правомочен устанавливать условия осуществления такой деятельности, направленные на согласование частной экономической инициативы с интересами других лиц и общества в целом. Для защиты общих интересов законодатель вправе, регламентируя соответствующие отношения, использовать сочетание частно- и публично-правовых элементов, которое наиболее эффективно будет обеспечивать взаимодействие частных и публичных интересов в данной сфере. Располагая при этом широкой свободой усмотрения в выборе правовых средств, он вместе с тем связан конституционно-правовыми целями применения публично- правовых начал, определяемыми статьями 7, 8, 17, 34, 35 и 55 Конституции Российской Федерации (постановления от 16 июля 2018 года № 32-П, от 3 апреля 2023 года № 14-П и от 2 июля 2024 года № 34-П; Определение от 23 июня 2022 года № 1479-О и др.).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Постановлении от 23 февраля 1999 года № 4-П Конституционный Суд Российской Федерации указал, что из смысла конституционных предписаний вытекает признание свободы договора как одной из гарантируемых государством свобод человека, а в Постановлении от 9 апреля 2020 года № 16-П отметил, что надежность и добросовестность сторон договора - одно из условий стабильности гражданского оборота.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 Относя свободу договора к основным началам гражданского законодательства, Гражданский кодекс Российской Федерации закрепляет, что при установлении,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и никто не вправе извлекать преимущество из своего незаконного или недобросовестного поведения (пункты 1, 3 и 4 статьи 1).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3.1. Приобретение покупателем независимой гарантии, которую предоставляет экономический партнер продавца товаров в розницу (в том числе автомобилей), - распространенная модель, которая используется как альтернатива часто предлагаемым к заключению с покупателем договорам страхования с партнерами продавца. Подобная практика потенциально более неблагоприятна для покупателя (по сравнению со страхованием), так как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возврат платы за предоставление гарантии при одностороннем отказе покупателя нередко становится невозможным даже при взыскании этой платы в пользу покупателя судом. К гарантам не предъявляются лицензионные требования (в отличие от страховщиков). Часто на практике для продавца, обусловливающего предоставление скидки приобретением гарантийного покрытия, гарантия не выступает действительным инструментом обеспечения исполнения обязательств покупателем, а является источником дополнительного дохода. Фактически не является обеспечительным инструментом она и для кредитной организации, финансирующей покупку.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Статья 322 ГК Российской Федерации, закрепляя основания возникновения солидарной обязанности (ответственности) как одной из разновидностей правового режима обязательств с множественностью лиц на стороне должника или кредитора, направлена на достижение справедливого баланса интересов участников обязательственных правоотношений, на обеспечение их прав и тем самым на реализацию конституционного принципа охраны права частной собственности законом (Определение Конституционного Суда Российской Федерации от 26 июня 2025 года № 1681-О). Данная норма устанавливает дополнительные гарантии кредитору, состоящие в возможности предъявить по его усмотрению требование к любому из содолжников как в полном, так и частичном размере. Возможность предъявить требование об исполнении солидарной обязанности связана с необходимостью соблюдения специальных условий солидаритета, призванных обеспечить баланс интересов должников и кредиторов в обязательствах, осложненных множественностью субъектов. Солидарная обязанность (ответственность) должников, несомненно, более выгодна для кредитора тем, что повышает вероятность исполнения обязательства. При этом по обязательству, связанному с предпринимательской деятельностью, обязанности нескольких должников, равно как и требования нескольких кредиторов в таком обязательстве, являются солидарными, если законом, иными правовыми актами или условиями обязательства не предусмотрено иное.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солидарность должна основываться на существенных содержательных признаках обязательства, позволяющих рассматривать его как единое обязательство для нескольких должников и не допускающих конкретизацию обязанности отдельного должника в рамках данного обязательства. Подобное единство возникает, в частности, при неделимости предмета обязательства, а также в иных случаях, предусмотренных законом.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законодатель, устанавливая такие случаи, действует не произвольно, а на основе существа обязательства. Солидарный характер исполнения обязательства не только устанавливается тогда, когда обязательство является единым (в том числе с неделимым предметом) по своей природе, но и с определенными целями закрепляется по отношению к должникам в разных обязательствах перед единым кредитором. В последнем случае солидарная обязанность нескольких должников составляет содержание единого обязательства по отношению к кредитору, несмотря на возможность существования нескольких обособленных обязательств, в которых те же должники участвуют отдельно друг от друга.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Так, в ряде случаев закон закрепляет солидаритет в отношении нескольких отдельных обязательств, объединенных функциональным единством. Например, должник по основному обязательству и должник по обеспечивающему его исполнение поручительству солидарно отвечают перед кредитором (пункт 1 статьи 363 ГК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Солидарная ответственность может быть установлена и при необходимости обеспечить кредитору (потерпевшему) дополнительную защиту. В частности, в силу пункта 5 статьи 60 ГК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Российской Федерации, если при реорганизации передаточный акт не позволяет определить правопреемника по обязательству юридического лица, а также если из передаточного акта или иных обстоятельств следует, что при реорганизации недобросовестно распределены активы и обязательства реорганизуемых юридических лиц, что привело к существенному нарушению интересов кредиторов, реорганизованное юридическое лицо и созданные в результате реорганизации юридические лица несут солидарную ответственность по такому обязательству.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Способна солидарная ответственность и быть инструментом стимулирования к надлежащему исполнению обязанностей. Например, акционеры, не полностью оплатившие акции, несут солидарную ответственность по обязательствам акционерного общества в пределах неоплаченной части стоимости принадлежащих им акций (абзац второй пункта 1 статьи 96 ГК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Когда покупатель является потребителем и слабой стороной в отношениях с продавцом, возложение на последнего солидарной обязанности (ответственности) по требованиям к третьим лицам - контрагентам покупателя, вступление в правоотношения с которыми имело место для покупателя по инициативе и при посредничестве продавца, если такие третьи лица не исполнили обязательства перед покупателем, может рассматриваться как дополнительная и эффективная мера защиты прав покупателя, а равно как инструмент стимулирования продавца к внимательному и ответственному поиску контрагентов для покупателя.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свою очередь, интересы продавца балансируются (компенсируются) возможностями, которые для него открывает статья 325 ГК Российской Федерации, предусматривающая в пункте 2, что, если иное не вытекает из отношений между солидарными должниками, должник, исполнивший солидарную обязанность, имеет право регрессного требования к остальным должникам в равных долях за вычетом доли, падающей на него самого, а неуплаченное одним из солидарных должников должнику, исполнившему солидарную обязанность, падает в равной доле на этого должника и на остальных должников. Приведенная норма позволяет при единстве обязательства перед кредитором обеспечить необходимую дифференциацию для достижения баланса интересов солидарных должников (продавца и контрагентов покупателя, избранных продавцом). Такая дифференциация может опираться на различие исходных правоотношений, лежащих в основе солидарного обязательства. Применительно к правоотношениям между продавцом и гарантом в обстоятельствах, схожих с обстоятельствами дела Ш.У. Аббасова, это создаст для продавца, исполнившего солидарное требование покупателя, юридические условия для возмещения его расходов на исполнение, по существу, чужого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3.2. Договор купли-продажи транспортного средства, как следует из Постановления Конституционного Суда Российской Федерации от 3 апреля 2023 года № 14-П, нередко порождает ряд взаимосвязанных и взаимообусловленных обязательств, причем такие обязательства, имеющие формально несхожий предмет, но при этом влияющие в рамках конкретных договорных отношений на расчет цены, которая в большинстве случаев превышает среднемесячный доход покупателя, могут быть оформлены путем составления как единого документа, так и совокупности взаимосвязанных документов. Одним из таких обязательств, наряду с обязательствами поставить товар и уплатить покупную цену, может быть отдельное обязательство покупателя заключить страховой или кредитный договор и воздерживаться от отказа от него. Толкование условий договора о принятии на себя продавцом и покупателем, дополнительно к обязательству передать товар и обязательству уплатить цену, также иных обязательств (обеспечить страхование, получить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кредит) осуществляется с учетом положений основного договора купли-продажи, дополнительных соглашений к нему и совокупности взаимосвязанных обязательств, подтверждаемых документами, составленными и подписанными при посредничестве (содействии) продавца (кредитный договор, договор страхования и др.). По смыслу этих правовых позиций могут считаться связанными договорами заключенные с покупателем договор купли-продажи автомобиля и договор о предоставлении независимой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Связанность договоров сама по себе не является основанием для возложения солидарной обязанности (ответственности) на контрагентов по этим договорам. Вместе с тем можно выделить ряд правовых эффектов связанности договоров. Например, допускается возврат части страховой премии, если страхование выступало обеспечением возврата кредита; в случае коллективного страхования клиентов кредитных организаций предусмотрен возврат страховой премии именно кредитной организацией, если страхование обеспечивало возврат кредита (части 10 и 12 статьи 11 Федерального закона от 21 декабря 2013 года № 353-ФЗ "О потребительском кредите (займе)"). В законодательстве есть и инструмент, учитывающий межобязательственные связи и позволяющий потребителю при возврате товара ненадлежащего качества, приобретенного за счет потребительского кредита (займа), взыскать с продавца уплаченные потребителем проценты и иные платежи по договору потребительского кредита (займа) (пункт 6 статьи 24 Закона Российской Федерации "О защите прав потребителей").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целях защиты прав потребителей отмеченная связанность договоров может рассматриваться в некоторых случаях в качестве основания для возложения на контрагентов потребителя по таким связанным договорам солидарного долга (ответственности).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Учет связанности договоров, имеющих явную экономическую общность, служит непременным условием достижения справедливого баланса прав и обязанностей сторон этих договоров и обеспечения эффективной, а не формальной защиты их прав, прежде всего прав потребителя. Недостаточный же учет связанности договора розничной купли-продажи и договоров, дополнительно заключаемых с потребителем по инициативе и при посредничестве продавца (в том числе договора о предоставлении независимой гарантии бизнес-партнером продавца), обесценивает закрепленные в законе меры защиты прав потребителей, препятствует восстановлению таких прав и позволяет продавцу избегать неблагоприятных имущественных последствий даже в тех случаях, когда суд находит его действия недобросовестными.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продавец злоупотребляет своим положением сильной стороны, манипулирует информацией о конечной цене договора, суд, руководствуясь пунктом 4 статьи 1 и пунктом 2 статьи 10 ГК Российской Федерации, отказывает в защите права продавца на взыскание с покупателя доплаты при аннулировании скидки полностью или в части либо по требованию покупателя принимает решение об изменении или расторжении договора на основании статьи 428 данного Кодекса. О злоупотреблении правом может свидетельствовать создание продавцом видимости свободного выбора между вариантом купить товар "со скидкой", но при необходимости приобретения иных товаров, работ, услуг на обременительных условиях и вариантом купить товар "без скидки" по цене, превышающей рыночную, в то время как приобретение товара на рыночных условиях у этого продавца покупателю недоступно (Постановление Конституционного Суда Российской Федерации от 3 апреля 2023 года № 14-П). Такое поведение недобросовестного продавца, не учитывающего интересы своих клиентов- потребителей, а зачастую и умышленно нарушающего их права, формирует условия для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использования третьих лиц, привлеченных к оказанию услуг и заведомо (по крайней мере для продавца) неплатежеспособных, в качестве инструмента, обеспечивающего безвозвратность денежных предоставлений клиентов.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этого строгое воплощение в правоприменительной практике принципа относительности обязательственной связи, не позволившее судам в деле Ш.У. Аббасова, несмотря на вывод о злоупотреблении продавцом своими правами, вынести решение на основании статьи 322 ГК Российской Федерации о возложении солидарной обязанности на обоих контрагентов - продавца и гаранта, нарушает конституционно значимое требование о сбалансированности прав и обязанностей сторон договора, вытекающее из положений статей 17 (часть 3), 34 (часть 1), 55 (часть 3) и 75.1 Конституции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3.3. Ответственность продавца, действовавшего недобросовестно или нерационально, не исключена и за рамками договорных правоотношений, если его действия (бездействие), которые не охватывались содержанием договорных обязательств, причинили покупателю вред. Солидарная ответственность продавца и иных контрагентов покупателя может наступать, когда в результате их взаимодействия (в рамках договора простого товарищества, агентского договора и т.п.) покупателю причинен вред, а причинители вреда могут рассматриваться как действовавшие совместно (статья 1080 ГК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Конституционный Суд Российской Федерации неоднократно отмечал, что обязанность возместить причиненный вред - мера гражданско-правовой ответственности, которая применяется к причинителю вреда при наличии состава правонарушения, включающего, как правило, наступление вреда, противоправность поведения причинителя вреда, причинную связь между этим поведением и наступлением вреда, а также его вину (постановления от 15 июля 2009 года № 13-П и от 7 апреля 2015 года № 7-П; определения от 15 января 2016 года № 4-О, от 26 сентября 2024 года № 2371-О и др.). Из разъяснений Пленума Верховного Суда Российской Федерации, содержащихся в пункте 12 постановления от 23 июня 2015 года № 25 "О применении судами некоторых положений раздела I части первой Гражданского кодекса Российской Федерации" и пункте 5 постановления от 24 марта 2016 года № 7 "О применении судами некоторых положений Гражданского кодекса Российской Федерации об ответственности за нарушение обязательств", следует, что истец по иску о возмещении вреда обязан доказать ряд условий гражданско-правовой ответственности причинителя вреда: тот факт, что ответчик является лицом, в результате действий (бездействия) которого возник ущерб, факты нарушения обязательства или причинения вреда, наличие убытков, причинную связь между действиями (бездействием) ответчика и ущербом; ответчик же доказывает отсутствие своей вины.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Привлечение к внедоговорной ответственности продавца и связанных с ним третьих лиц - исполнителей услуг покупателю выступает возможным способом защиты нарушенных прав покупателя, но не единственным. При этом покупатель, который не является профессиональным участником рынка, может испытывать существенные затруднения при доказывании условий гражданско-правовой ответственности за причинение вреда с учетом неравенства, особенно информационного, его возможностей и возможностей продавца, являющегося профессиональным участником соответствующих отношений. В ситуации недоступности информации о структуре хозяйственных связей продавца с третьими лицами - исполнителями услуг, об их взаимодействии, финансовых потоках и т.п. обычный покупатель зачастую не способен доказать наличие умысла продавца или его недобросовестности при использовании им договорных конструкций с третьими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лицами в качестве инструмента, препятствующего возврату цены навязанных покупателю дополнительных товаров, работ, услуг.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Модель солидарной ответственности продавца в подобных ситуациях является гармоничной, позволяет как реализовать право покупателя на возврат платы за услуги, от которых он отказался, так и учесть интересы продавца, который не лишен возможности в регрессном порядке возвратить от третьего лица уплаченные покупателю средства. Сама возможность применения солидарной ответственности в подобных ситуациях лишала бы продавцов экономического стимула применять недобросовестные практики (заключать взаимосвязанные договоры без обеспечения покупателю свободы выбора и надлежащей информации).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4. Таким образом, статья 322 ГК Российской Федерации не противоречит Конституции Российской Федерации, поскольку по своему конституционно-правовому смыслу в системе действующего правового регулирования она не препятствует возложению на продавца и его экономических партнеров - контрагентов покупателя солидарной обязанности (ответственности) по возврату причитающегося покупателю из расторгнутого по его требованию договора (в том числе договора о предоставлении независимой гарантии), заключенного с этими контрагентами и обусловливавшего предоставление покупателю скидки или иного преимущества по договору розничной купли-продажи транспортного средства, при условии, в частности, что такие договоры заключались с покупателем по инициативе и (или) при посредничестве (содействии) продавца и выбор контрагентов либо их подбор для последующего выбора покупателем осуществлены тем же продавцом (при обстоятельствах, ограничивающих надлежащую информированность и (или) свободу выбора покупателя). Иное толкование данной статьи нарушало бы конституционно оправданный и справедливый баланс прав и обязанностей продавца и покупателя, не обеспечивало бы эффективную государственную, в том числе судебную, защиту прав потребителей, а потому вступало бы в противоречие с Конституцией Российской Федерации, ее статьями 17 (части 1 и 3), 18, 35 (части 1 и 2), 45 (часть 1), 46 (части 1 и 2), 55 (часть 3) и 75.1.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части второй статьи 100 Федерального конституционного закона "О Конституционном Суде Российской Федерации" судебные акты, принятые по делу заявителя на основании положений, признанных соответствующими Конституции Российской Федерации в данном Конституционным Судом Российской Федерации истолковании или не соответствующими Конституции Российской Федерации, по общему правилу, подлежат пересмотру в установленном порядке. То обстоятельство, что Ш.У. Аббасов не заявлял в суде первой инстанции требование о взыскании уплаченных средств с продавца и гаранта солидарно, не препятствует Конституционному Суду Российской Федерации указать на пересмотр его дела с учетом того, что суд не был лишен полномочий установить действительные правоотношения сторон и скорректировать состав участвующих в деле лиц, но по тем или иным причинам - в том числе следуя устоявшейся практике применения статьи 322 ГК Российской Федерации, исключающей солидаритет в правовой ситуации Ш.У. Аббасова и препятствующей обсуждению судом соответствующего вопроса, равно как и привлечению продавца в качестве соответчика по заявленному требованию, - этими своими полномочиями не воспользовался.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изложенного и руководствуясь статьями 6, 47.1, 68, 71, 72, 74, 75, 78, 79 и 100 Федерального конституционного закона "О Конституционном Суде Российской Федерации", Конституционный Суд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Конституционного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 Признать статью 322 ГК Российской Федерации не противоречащей Конституции Российской Федерации, поскольку по своему конституционно-правовому смыслу в системе действующего правового регулирования она не препятствует возложению на продавца и его экономических партнеров - контрагентов покупателя солидарной обязанности (ответственности) по возврату причитающегося покупателю из расторгнутого по его требованию договора (в том числе договора о предоставлении независимой гарантии), заключенного с этими контрагентами и обусловливавшего предоставление покупателю скидки или иного преимущества по договору розничной купли-продажи транспортного средства, при условии, в частности, что такие договоры заключались с покупателем по инициативе и (или) при посредничестве (содействии) продавца и выбор контрагентов либо их подбор для последующего выбора покупателем осуществлены тем же продавцом (при обстоятельствах, ограничивающих надлежащую информированность и (или) свободу выбора покупателя).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2. Конституционно-правовой смысл статьи 322 ГК Российской Федерации, выявленный в настоящем Постановлении, является общеобязательным, что исключает любое иное ее истолкование в правоприменительной практике.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 Судебные акты, вынесенные по делу с участием гражданина Аббасова Шамила Усмановича на основании статьи 322 ГК Российской Федерации в истолковании, расходящемся с ее конституционно-правовым смыслом, выявленным в настоящем Постановлении, подлежат пересмотру в установленном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4. Прекратить производство по настоящему делу в части, касающейся проверки конституционности статьи 1080 ГК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5. Настоящее Постановление окончательно, не подлежит обжалованию, вступает в силу со дня официального опубликования, действует непосредственно и не требует подтверждения другими органами и должностными лицами.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6. Настоящее Постановление подлежит незамедлительному опубликованию в "Российской газете", "Собрании законодательства Российской Федерации" и на "Официальном интернет- портале правовой информации" (www.pravo.gov.ru).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Конституционный Суд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Конституционного Суда РФ от 21.04.2026 № 25-П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ДЕЛУ О ПРОВЕРКЕ КОНСТИТУЦИОННОСТИ СТАТЕЙ 322 И 1080 ГРАЖДАНСКОГО КОДЕКСА РОССИЙСКОЙ ФЕДЕРАЦИИ В СВЯЗИ С ЖАЛОБОЙ ГРАЖДАНИНА АББАСОВА ШАМИЛА…</dc:title>
  <dc:subject/>
  <dc:creator>CasusLegal</dc:creator>
  <cp:keywords/>
  <dc:description/>
  <cp:lastModifiedBy>CasusLegal</cp:lastModifiedBy>
  <cp:revision>1</cp:revision>
  <dcterms:created xsi:type="dcterms:W3CDTF">2026-08-16T11:30:42Z</dcterms:created>
  <dcterms:modified xsi:type="dcterms:W3CDTF">2026-08-16T11:30:42Z</dcterms:modified>
  <cp:category/>
</cp:coreProperties>
</file>